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1C68EB" w:rsidRPr="00FE7A83" w14:paraId="36A58B93" w14:textId="77777777" w:rsidTr="00FE7A83">
        <w:trPr>
          <w:trHeight w:val="1343"/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43D1D19" w14:textId="08B8E156" w:rsidR="001C68EB" w:rsidRPr="00FE7A83" w:rsidRDefault="00FE7A8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rFonts w:hint="eastAsia"/>
                <w:noProof/>
                <w:sz w:val="22"/>
                <w:szCs w:val="28"/>
              </w:rPr>
              <w:drawing>
                <wp:inline distT="0" distB="0" distL="0" distR="0" wp14:anchorId="37A96241" wp14:editId="575AA659">
                  <wp:extent cx="868680" cy="868680"/>
                  <wp:effectExtent l="0" t="0" r="7620" b="7620"/>
                  <wp:docPr id="12976824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682492" name="Picture 129768249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792291C" w14:textId="77777777" w:rsidR="001C68EB" w:rsidRPr="00FE7A83" w:rsidRDefault="0016518B">
            <w:pPr>
              <w:spacing w:after="60" w:line="262" w:lineRule="auto"/>
              <w:rPr>
                <w:rFonts w:hint="eastAsia"/>
                <w:sz w:val="36"/>
                <w:szCs w:val="44"/>
              </w:rPr>
            </w:pPr>
            <w:r w:rsidRPr="00FE7A83">
              <w:rPr>
                <w:b/>
                <w:color w:val="F5C84B"/>
                <w:sz w:val="36"/>
                <w:szCs w:val="44"/>
              </w:rPr>
              <w:t xml:space="preserve">YEAR </w:t>
            </w:r>
            <w:proofErr w:type="gramStart"/>
            <w:r w:rsidRPr="00FE7A83">
              <w:rPr>
                <w:b/>
                <w:color w:val="F5C84B"/>
                <w:sz w:val="36"/>
                <w:szCs w:val="44"/>
              </w:rPr>
              <w:t>5  •</w:t>
            </w:r>
            <w:proofErr w:type="gramEnd"/>
            <w:r w:rsidRPr="00FE7A83">
              <w:rPr>
                <w:b/>
                <w:color w:val="F5C84B"/>
                <w:sz w:val="36"/>
                <w:szCs w:val="44"/>
              </w:rPr>
              <w:t xml:space="preserve">  </w:t>
            </w:r>
            <w:proofErr w:type="gramStart"/>
            <w:r w:rsidRPr="00FE7A83">
              <w:rPr>
                <w:b/>
                <w:color w:val="F5C84B"/>
                <w:sz w:val="36"/>
                <w:szCs w:val="44"/>
              </w:rPr>
              <w:t>HISTORY  •</w:t>
            </w:r>
            <w:proofErr w:type="gramEnd"/>
            <w:r w:rsidRPr="00FE7A83">
              <w:rPr>
                <w:b/>
                <w:color w:val="F5C84B"/>
                <w:sz w:val="36"/>
                <w:szCs w:val="44"/>
              </w:rPr>
              <w:t xml:space="preserve">  AUTUMN 1</w:t>
            </w:r>
          </w:p>
          <w:p w14:paraId="3D401FFE" w14:textId="77777777" w:rsidR="001C68EB" w:rsidRPr="00FE7A83" w:rsidRDefault="0016518B">
            <w:pPr>
              <w:spacing w:line="262" w:lineRule="auto"/>
              <w:rPr>
                <w:rFonts w:hint="eastAsia"/>
                <w:sz w:val="28"/>
                <w:szCs w:val="36"/>
              </w:rPr>
            </w:pPr>
            <w:r w:rsidRPr="00FE7A83">
              <w:rPr>
                <w:b/>
                <w:color w:val="FFFFFF"/>
                <w:sz w:val="52"/>
                <w:szCs w:val="72"/>
              </w:rPr>
              <w:t>Kingdom of Benin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01820D3" w14:textId="77777777" w:rsidR="001C68EB" w:rsidRPr="00FE7A83" w:rsidRDefault="0016518B">
            <w:pPr>
              <w:spacing w:after="60" w:line="262" w:lineRule="auto"/>
              <w:jc w:val="center"/>
              <w:rPr>
                <w:rFonts w:hint="eastAsia"/>
                <w:sz w:val="44"/>
                <w:szCs w:val="44"/>
              </w:rPr>
            </w:pPr>
            <w:r w:rsidRPr="00FE7A83">
              <w:rPr>
                <w:b/>
                <w:color w:val="972044"/>
                <w:sz w:val="44"/>
                <w:szCs w:val="44"/>
              </w:rPr>
              <w:t>KNOWLEDGE</w:t>
            </w:r>
          </w:p>
          <w:p w14:paraId="18B0186B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972044"/>
                <w:sz w:val="44"/>
                <w:szCs w:val="44"/>
              </w:rPr>
              <w:t>ORGANISER</w:t>
            </w:r>
          </w:p>
        </w:tc>
      </w:tr>
    </w:tbl>
    <w:p w14:paraId="07E863EB" w14:textId="77777777" w:rsidR="001C68EB" w:rsidRPr="00FE7A83" w:rsidRDefault="0016518B">
      <w:pPr>
        <w:spacing w:line="120" w:lineRule="auto"/>
        <w:rPr>
          <w:rFonts w:hint="eastAsia"/>
          <w:sz w:val="22"/>
          <w:szCs w:val="28"/>
        </w:rPr>
      </w:pPr>
      <w:r w:rsidRPr="00FE7A83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1C68EB" w:rsidRPr="00FE7A83" w14:paraId="659CE6E5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794DD5DB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3A122832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972044"/>
                <w:sz w:val="24"/>
                <w:szCs w:val="28"/>
              </w:rPr>
              <w:t>How did the Kingdom of Benin become an empire?</w:t>
            </w:r>
          </w:p>
        </w:tc>
      </w:tr>
    </w:tbl>
    <w:p w14:paraId="4F52CC23" w14:textId="77777777" w:rsidR="001C68EB" w:rsidRPr="00FE7A83" w:rsidRDefault="0016518B">
      <w:pPr>
        <w:spacing w:line="120" w:lineRule="auto"/>
        <w:rPr>
          <w:rFonts w:hint="eastAsia"/>
          <w:sz w:val="22"/>
          <w:szCs w:val="28"/>
        </w:rPr>
      </w:pPr>
      <w:r w:rsidRPr="00FE7A83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1C68EB" w:rsidRPr="00FE7A83" w14:paraId="73DC9702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66E389A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1C68EB" w:rsidRPr="00FE7A83" w14:paraId="3C11016A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7E3646" w14:textId="77777777" w:rsidR="001C68EB" w:rsidRPr="00FE7A83" w:rsidRDefault="0016518B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278174E5" wp14:editId="2C6E3734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enin_palac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F4FC77" w14:textId="77777777" w:rsidR="001C68EB" w:rsidRPr="00FE7A83" w:rsidRDefault="0016518B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CB2652"/>
                      <w:sz w:val="22"/>
                      <w:szCs w:val="28"/>
                    </w:rPr>
                    <w:t>EARLY KINGDOM</w:t>
                  </w:r>
                </w:p>
                <w:p w14:paraId="2A861D53" w14:textId="77777777" w:rsidR="001C68EB" w:rsidRPr="00FE7A83" w:rsidRDefault="0016518B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sz w:val="20"/>
                      <w:szCs w:val="28"/>
                    </w:rPr>
                    <w:t>c. AD 1200s–1300s</w:t>
                  </w:r>
                </w:p>
                <w:p w14:paraId="761FC68D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color w:val="637080"/>
                      <w:szCs w:val="28"/>
                    </w:rPr>
                    <w:t>Edo rulers and Benin City</w:t>
                  </w:r>
                </w:p>
              </w:tc>
            </w:tr>
          </w:tbl>
          <w:p w14:paraId="73701273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0C8E7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0A81AF6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1C68EB" w:rsidRPr="00FE7A83" w14:paraId="6E9F1997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1F2F6E" w14:textId="77777777" w:rsidR="001C68EB" w:rsidRPr="00FE7A83" w:rsidRDefault="0016518B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1B48A0B5" wp14:editId="4C49F8EC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enin_brass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6B3D32" w14:textId="77777777" w:rsidR="001C68EB" w:rsidRPr="00FE7A83" w:rsidRDefault="0016518B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8D6700"/>
                      <w:sz w:val="22"/>
                      <w:szCs w:val="28"/>
                    </w:rPr>
                    <w:t>GOLDEN AGE</w:t>
                  </w:r>
                </w:p>
                <w:p w14:paraId="64175D69" w14:textId="77777777" w:rsidR="001C68EB" w:rsidRPr="00FE7A83" w:rsidRDefault="0016518B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sz w:val="20"/>
                      <w:szCs w:val="28"/>
                    </w:rPr>
                    <w:t>1400s–1600s</w:t>
                  </w:r>
                </w:p>
                <w:p w14:paraId="6F677276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color w:val="637080"/>
                      <w:szCs w:val="28"/>
                    </w:rPr>
                    <w:t>Trade and royal art flourish</w:t>
                  </w:r>
                </w:p>
              </w:tc>
            </w:tr>
          </w:tbl>
          <w:p w14:paraId="68A5B874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22B0F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05AAE06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1C68EB" w:rsidRPr="00FE7A83" w14:paraId="5E411B54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D2F245" w14:textId="77777777" w:rsidR="001C68EB" w:rsidRPr="00FE7A83" w:rsidRDefault="0016518B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4CDF6647" wp14:editId="316384E4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enin_conquest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A535F4" w14:textId="77777777" w:rsidR="001C68EB" w:rsidRPr="00FE7A83" w:rsidRDefault="0016518B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CB2652"/>
                      <w:sz w:val="22"/>
                      <w:szCs w:val="28"/>
                    </w:rPr>
                    <w:t>BRITISH INVASION</w:t>
                  </w:r>
                </w:p>
                <w:p w14:paraId="1113B945" w14:textId="77777777" w:rsidR="001C68EB" w:rsidRPr="00FE7A83" w:rsidRDefault="0016518B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sz w:val="20"/>
                      <w:szCs w:val="28"/>
                    </w:rPr>
                    <w:t>1897</w:t>
                  </w:r>
                </w:p>
                <w:p w14:paraId="3CB7478F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color w:val="637080"/>
                      <w:szCs w:val="28"/>
                    </w:rPr>
                    <w:t>Benin City is attacked</w:t>
                  </w:r>
                </w:p>
              </w:tc>
            </w:tr>
          </w:tbl>
          <w:p w14:paraId="02C25251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709A20A9" w14:textId="77777777" w:rsidR="001C68EB" w:rsidRPr="00FE7A83" w:rsidRDefault="0016518B">
      <w:pPr>
        <w:spacing w:line="120" w:lineRule="auto"/>
        <w:rPr>
          <w:rFonts w:hint="eastAsia"/>
          <w:sz w:val="22"/>
          <w:szCs w:val="28"/>
        </w:rPr>
      </w:pPr>
      <w:r w:rsidRPr="00FE7A83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1C68EB" w:rsidRPr="00FE7A83" w14:paraId="274281F6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3EAC1" w14:textId="77777777" w:rsidR="001C68EB" w:rsidRPr="00FE7A83" w:rsidRDefault="001C68EB">
            <w:pPr>
              <w:rPr>
                <w:rFonts w:hint="eastAsia"/>
                <w:sz w:val="12"/>
                <w:szCs w:val="16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1C68EB" w:rsidRPr="00FE7A83" w14:paraId="765BD5C6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9B1D597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1C68EB" w:rsidRPr="00FE7A83" w14:paraId="51BBA43C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3C24F78E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Where was the Kingdom of Benin?  </w:t>
                  </w:r>
                  <w:r w:rsidRPr="00FE7A83">
                    <w:rPr>
                      <w:sz w:val="20"/>
                      <w:szCs w:val="28"/>
                    </w:rPr>
                    <w:t>It developed in West Africa, in what is now southern Nigeria. It was not the same place as the modern country called Benin.</w:t>
                  </w:r>
                </w:p>
                <w:p w14:paraId="7139C857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Who ruled Benin?  </w:t>
                  </w:r>
                  <w:r w:rsidRPr="00FE7A83">
                    <w:rPr>
                      <w:sz w:val="20"/>
                      <w:szCs w:val="28"/>
                    </w:rPr>
                    <w:t>Its rulers were called Obas. Benin City was the royal centre, and the Oba held great power.</w:t>
                  </w:r>
                </w:p>
                <w:p w14:paraId="50C7B5EE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How did Benin become powerful?  </w:t>
                  </w:r>
                  <w:r w:rsidRPr="00FE7A83">
                    <w:rPr>
                      <w:sz w:val="20"/>
                      <w:szCs w:val="28"/>
                    </w:rPr>
                    <w:t>Trade routes linked the West African coast with inland areas. Rulers expanded their influence and wealth.</w:t>
                  </w:r>
                </w:p>
                <w:p w14:paraId="189B3CE9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What was traded?  </w:t>
                  </w:r>
                  <w:r w:rsidRPr="00FE7A83">
                    <w:rPr>
                      <w:sz w:val="20"/>
                      <w:szCs w:val="28"/>
                    </w:rPr>
                    <w:t>People exchanged goods such as cloth, ivory and metals. The trade also included enslaved people.</w:t>
                  </w:r>
                </w:p>
                <w:p w14:paraId="167C7B22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What was Benin’s Golden Age?  </w:t>
                  </w:r>
                  <w:r w:rsidRPr="00FE7A83">
                    <w:rPr>
                      <w:sz w:val="20"/>
                      <w:szCs w:val="28"/>
                    </w:rPr>
                    <w:t>A period of growing power and rich artistic achievement. Skilled craftspeople made brass plaques and sculptures for the royal court.</w:t>
                  </w:r>
                </w:p>
                <w:p w14:paraId="408C7B94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Why did Benin lose power?  </w:t>
                  </w:r>
                  <w:r w:rsidRPr="00FE7A83">
                    <w:rPr>
                      <w:sz w:val="20"/>
                      <w:szCs w:val="28"/>
                    </w:rPr>
                    <w:t>Conflicts over leadership and changes in trade weakened it. Britain later sought control over Benin’s land and commerce.</w:t>
                  </w:r>
                </w:p>
                <w:p w14:paraId="686DA764" w14:textId="77777777" w:rsidR="001C68EB" w:rsidRPr="00FE7A83" w:rsidRDefault="0016518B">
                  <w:pPr>
                    <w:spacing w:after="96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What happened in 1897?  </w:t>
                  </w:r>
                  <w:r w:rsidRPr="00FE7A83">
                    <w:rPr>
                      <w:sz w:val="20"/>
                      <w:szCs w:val="28"/>
                    </w:rPr>
                    <w:t>British forces invaded Benin City, removed the Oba from power and took many royal artworks.</w:t>
                  </w:r>
                </w:p>
              </w:tc>
            </w:tr>
          </w:tbl>
          <w:p w14:paraId="269863C5" w14:textId="77777777" w:rsidR="001C68EB" w:rsidRPr="00FE7A83" w:rsidRDefault="001C68EB">
            <w:pPr>
              <w:rPr>
                <w:rFonts w:hint="eastAsia"/>
                <w:sz w:val="2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84B77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3F855" w14:textId="77777777" w:rsidR="001C68EB" w:rsidRPr="00FE7A83" w:rsidRDefault="001C68EB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1C68EB" w:rsidRPr="00FE7A83" w14:paraId="4BFA6E1A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2C4AC87F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1C68EB" w:rsidRPr="00FE7A83" w14:paraId="107288D5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615EBD9A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Oba  </w:t>
                  </w:r>
                  <w:r w:rsidRPr="00FE7A83">
                    <w:rPr>
                      <w:sz w:val="20"/>
                      <w:szCs w:val="28"/>
                    </w:rPr>
                    <w:t>a title for the ruler of Benin</w:t>
                  </w:r>
                </w:p>
                <w:p w14:paraId="0A9C94D7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Edo  </w:t>
                  </w:r>
                  <w:r w:rsidRPr="00FE7A83">
                    <w:rPr>
                      <w:sz w:val="20"/>
                      <w:szCs w:val="28"/>
                    </w:rPr>
                    <w:t>the people and culture of the Benin kingdom</w:t>
                  </w:r>
                </w:p>
                <w:p w14:paraId="3406B20E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Kingdom  </w:t>
                  </w:r>
                  <w:r w:rsidRPr="00FE7A83">
                    <w:rPr>
                      <w:sz w:val="20"/>
                      <w:szCs w:val="28"/>
                    </w:rPr>
                    <w:t>land ruled by a king or queen</w:t>
                  </w:r>
                </w:p>
                <w:p w14:paraId="7FE99488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Empire  </w:t>
                  </w:r>
                  <w:r w:rsidRPr="00FE7A83">
                    <w:rPr>
                      <w:sz w:val="20"/>
                      <w:szCs w:val="28"/>
                    </w:rPr>
                    <w:t>lands controlled by one powerful state</w:t>
                  </w:r>
                </w:p>
                <w:p w14:paraId="3EF41041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Trade  </w:t>
                  </w:r>
                  <w:r w:rsidRPr="00FE7A83">
                    <w:rPr>
                      <w:sz w:val="20"/>
                      <w:szCs w:val="28"/>
                    </w:rPr>
                    <w:t>buying, selling or exchanging goods</w:t>
                  </w:r>
                </w:p>
                <w:p w14:paraId="3420685A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Golden Age  </w:t>
                  </w:r>
                  <w:r w:rsidRPr="00FE7A83">
                    <w:rPr>
                      <w:sz w:val="20"/>
                      <w:szCs w:val="28"/>
                    </w:rPr>
                    <w:t>a time of great success or achievement</w:t>
                  </w:r>
                </w:p>
                <w:p w14:paraId="5A501D42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Artefact  </w:t>
                  </w:r>
                  <w:r w:rsidRPr="00FE7A83">
                    <w:rPr>
                      <w:sz w:val="20"/>
                      <w:szCs w:val="28"/>
                    </w:rPr>
                    <w:t>an object from the past</w:t>
                  </w:r>
                </w:p>
                <w:p w14:paraId="4E7F61A4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Enslavement  </w:t>
                  </w:r>
                  <w:r w:rsidRPr="00FE7A83">
                    <w:rPr>
                      <w:sz w:val="20"/>
                      <w:szCs w:val="28"/>
                    </w:rPr>
                    <w:t>forcing people to live without freedom</w:t>
                  </w:r>
                </w:p>
                <w:p w14:paraId="07D1A34D" w14:textId="77777777" w:rsidR="001C68EB" w:rsidRPr="00FE7A83" w:rsidRDefault="0016518B">
                  <w:pPr>
                    <w:spacing w:after="69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972044"/>
                      <w:sz w:val="20"/>
                      <w:szCs w:val="28"/>
                    </w:rPr>
                    <w:t xml:space="preserve">Colonialism  </w:t>
                  </w:r>
                  <w:r w:rsidRPr="00FE7A83">
                    <w:rPr>
                      <w:sz w:val="20"/>
                      <w:szCs w:val="28"/>
                    </w:rPr>
                    <w:t>one country taking control of another place</w:t>
                  </w:r>
                </w:p>
              </w:tc>
            </w:tr>
          </w:tbl>
          <w:p w14:paraId="14F80E47" w14:textId="77777777" w:rsidR="001C68EB" w:rsidRPr="00FE7A83" w:rsidRDefault="001C68EB">
            <w:pPr>
              <w:rPr>
                <w:rFonts w:hint="eastAsia"/>
                <w:sz w:val="8"/>
                <w:szCs w:val="12"/>
              </w:rPr>
            </w:pPr>
          </w:p>
          <w:p w14:paraId="0B48646E" w14:textId="77777777" w:rsidR="001C68EB" w:rsidRPr="00FE7A83" w:rsidRDefault="0016518B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FE7A83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1C68EB" w:rsidRPr="00FE7A83" w14:paraId="356479F4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34190FF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1C68EB" w:rsidRPr="00FE7A83" w14:paraId="2F6BE15C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6AA74E18" w14:textId="77777777" w:rsidR="001C68EB" w:rsidRPr="00FE7A83" w:rsidRDefault="0016518B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E7A83">
                    <w:rPr>
                      <w:sz w:val="22"/>
                      <w:szCs w:val="28"/>
                    </w:rPr>
                    <w:t>Brass plaques, sculptures and written accounts tell us about Benin. Ask who created each source and whose view it shows.</w:t>
                  </w:r>
                </w:p>
              </w:tc>
            </w:tr>
          </w:tbl>
          <w:p w14:paraId="58B15CD0" w14:textId="77777777" w:rsidR="001C68EB" w:rsidRPr="00FE7A83" w:rsidRDefault="001C68EB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3D809182" w14:textId="77777777" w:rsidR="001C68EB" w:rsidRPr="00FE7A83" w:rsidRDefault="0016518B">
      <w:pPr>
        <w:spacing w:line="120" w:lineRule="auto"/>
        <w:rPr>
          <w:rFonts w:hint="eastAsia"/>
          <w:sz w:val="22"/>
          <w:szCs w:val="28"/>
        </w:rPr>
      </w:pPr>
      <w:r w:rsidRPr="00FE7A83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1C68EB" w:rsidRPr="00FE7A83" w14:paraId="1C845F86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85B0B96" w14:textId="77777777" w:rsidR="001C68EB" w:rsidRPr="00FE7A83" w:rsidRDefault="0016518B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CB2652"/>
                <w:sz w:val="22"/>
                <w:szCs w:val="28"/>
              </w:rPr>
              <w:t>POWER &amp; RULE</w:t>
            </w:r>
          </w:p>
          <w:p w14:paraId="27D8276D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sz w:val="20"/>
                <w:szCs w:val="28"/>
              </w:rPr>
              <w:t>Obas • royal authority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A6D4156" w14:textId="77777777" w:rsidR="001C68EB" w:rsidRPr="00FE7A83" w:rsidRDefault="0016518B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8D6700"/>
                <w:sz w:val="22"/>
                <w:szCs w:val="28"/>
              </w:rPr>
              <w:t>TRADE &amp; CHANGE</w:t>
            </w:r>
          </w:p>
          <w:p w14:paraId="3C7057AF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sz w:val="20"/>
                <w:szCs w:val="28"/>
              </w:rPr>
              <w:t>Routes • wealth • enslavement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3CE0AD71" w14:textId="77777777" w:rsidR="001C68EB" w:rsidRPr="00FE7A83" w:rsidRDefault="0016518B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CB2652"/>
                <w:sz w:val="22"/>
                <w:szCs w:val="28"/>
              </w:rPr>
              <w:t>EVIDENCE &amp; LEGACY</w:t>
            </w:r>
          </w:p>
          <w:p w14:paraId="126A8BDD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sz w:val="20"/>
                <w:szCs w:val="28"/>
              </w:rPr>
              <w:t>Artwork • different viewpoints</w:t>
            </w:r>
          </w:p>
        </w:tc>
      </w:tr>
    </w:tbl>
    <w:p w14:paraId="1D516109" w14:textId="77777777" w:rsidR="001C68EB" w:rsidRPr="00FE7A83" w:rsidRDefault="0016518B">
      <w:pPr>
        <w:spacing w:line="120" w:lineRule="auto"/>
        <w:rPr>
          <w:rFonts w:hint="eastAsia"/>
          <w:sz w:val="22"/>
          <w:szCs w:val="28"/>
        </w:rPr>
      </w:pPr>
      <w:r w:rsidRPr="00FE7A83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1C68EB" w:rsidRPr="00FE7A83" w14:paraId="007E6E98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56046970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024DDF5C" w14:textId="77777777" w:rsidR="001C68EB" w:rsidRPr="00FE7A83" w:rsidRDefault="0016518B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E7A83">
              <w:rPr>
                <w:sz w:val="20"/>
                <w:szCs w:val="28"/>
              </w:rPr>
              <w:t>Brass plaques  •  Sculptures of Obas  •  Historical maps and written accounts</w:t>
            </w:r>
          </w:p>
        </w:tc>
      </w:tr>
    </w:tbl>
    <w:p w14:paraId="0D656A1B" w14:textId="4BAC7A93" w:rsidR="001C68EB" w:rsidRDefault="001C68EB">
      <w:pPr>
        <w:spacing w:before="40" w:line="262" w:lineRule="auto"/>
        <w:rPr>
          <w:rFonts w:hint="eastAsia"/>
        </w:rPr>
      </w:pPr>
    </w:p>
    <w:sectPr w:rsidR="001C68EB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187699">
    <w:abstractNumId w:val="8"/>
  </w:num>
  <w:num w:numId="2" w16cid:durableId="310913975">
    <w:abstractNumId w:val="6"/>
  </w:num>
  <w:num w:numId="3" w16cid:durableId="813063070">
    <w:abstractNumId w:val="5"/>
  </w:num>
  <w:num w:numId="4" w16cid:durableId="609626168">
    <w:abstractNumId w:val="4"/>
  </w:num>
  <w:num w:numId="5" w16cid:durableId="1590189310">
    <w:abstractNumId w:val="7"/>
  </w:num>
  <w:num w:numId="6" w16cid:durableId="1519125592">
    <w:abstractNumId w:val="3"/>
  </w:num>
  <w:num w:numId="7" w16cid:durableId="275261444">
    <w:abstractNumId w:val="2"/>
  </w:num>
  <w:num w:numId="8" w16cid:durableId="970283924">
    <w:abstractNumId w:val="1"/>
  </w:num>
  <w:num w:numId="9" w16cid:durableId="216019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68EB"/>
    <w:rsid w:val="0029639D"/>
    <w:rsid w:val="00326F90"/>
    <w:rsid w:val="003367B9"/>
    <w:rsid w:val="00AA1D8D"/>
    <w:rsid w:val="00B47730"/>
    <w:rsid w:val="00CB0664"/>
    <w:rsid w:val="00FC693F"/>
    <w:rsid w:val="00FE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DDBD2A"/>
  <w14:defaultImageDpi w14:val="300"/>
  <w15:docId w15:val="{A49B8B2C-45EE-42B1-BFCF-B0148F4D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565357-7B19-43F4-8EEE-707E064D6358}"/>
</file>

<file path=customXml/itemProps3.xml><?xml version="1.0" encoding="utf-8"?>
<ds:datastoreItem xmlns:ds="http://schemas.openxmlformats.org/officeDocument/2006/customXml" ds:itemID="{FF6EBD30-CAFE-4C27-BCA3-C2BE1F49BE35}"/>
</file>

<file path=customXml/itemProps4.xml><?xml version="1.0" encoding="utf-8"?>
<ds:datastoreItem xmlns:ds="http://schemas.openxmlformats.org/officeDocument/2006/customXml" ds:itemID="{C6FEE613-9DD0-40AE-9D93-C8D495C20E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2026-11-07T00:34:00Z</dcterms:created>
  <dcterms:modified xsi:type="dcterms:W3CDTF">2026-11-07T00:34:00Z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2026-11-07T00:34:24Z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fb2f31c5-2485-4eb9-a6d3-7f8f742fe473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