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17"/>
        <w:gridCol w:w="10267"/>
        <w:gridCol w:w="3658"/>
      </w:tblGrid>
      <w:tr w:rsidR="00306C64" w:rsidRPr="00D72ADF" w14:paraId="0E1DBABD" w14:textId="77777777">
        <w:trPr>
          <w:jc w:val="center"/>
        </w:trPr>
        <w:tc>
          <w:tcPr>
            <w:tcW w:w="211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4946889" w14:textId="0917E95D" w:rsidR="00306C64" w:rsidRPr="00D72ADF" w:rsidRDefault="00D72ADF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>
              <w:rPr>
                <w:rFonts w:hint="eastAsia"/>
                <w:noProof/>
                <w:sz w:val="22"/>
                <w:szCs w:val="28"/>
              </w:rPr>
              <w:drawing>
                <wp:inline distT="0" distB="0" distL="0" distR="0" wp14:anchorId="75603C45" wp14:editId="69F06E10">
                  <wp:extent cx="830580" cy="830580"/>
                  <wp:effectExtent l="0" t="0" r="7620" b="7620"/>
                  <wp:docPr id="671663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663931" name="Picture 67166393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80" cy="830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267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7C7B372B" w14:textId="77777777" w:rsidR="00306C64" w:rsidRPr="00D72ADF" w:rsidRDefault="00923403">
            <w:pPr>
              <w:spacing w:after="60" w:line="262" w:lineRule="auto"/>
              <w:rPr>
                <w:rFonts w:hint="eastAsia"/>
                <w:sz w:val="24"/>
                <w:szCs w:val="32"/>
              </w:rPr>
            </w:pPr>
            <w:r w:rsidRPr="00D72ADF">
              <w:rPr>
                <w:b/>
                <w:color w:val="F5C84B"/>
                <w:sz w:val="24"/>
                <w:szCs w:val="32"/>
              </w:rPr>
              <w:t>YEAR 5  •  HISTORY  •  SUMMER 2</w:t>
            </w:r>
          </w:p>
          <w:p w14:paraId="1E005FF0" w14:textId="77777777" w:rsidR="00306C64" w:rsidRPr="00D72ADF" w:rsidRDefault="00923403">
            <w:pPr>
              <w:spacing w:line="262" w:lineRule="auto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FFFFFF"/>
                <w:sz w:val="44"/>
                <w:szCs w:val="28"/>
              </w:rPr>
              <w:t>The Space Race</w:t>
            </w:r>
          </w:p>
        </w:tc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75" w:type="dxa"/>
              <w:left w:w="120" w:type="dxa"/>
              <w:bottom w:w="75" w:type="dxa"/>
              <w:right w:w="120" w:type="dxa"/>
            </w:tcMar>
          </w:tcPr>
          <w:p w14:paraId="0F6D42A5" w14:textId="77777777" w:rsidR="00306C64" w:rsidRPr="00D72ADF" w:rsidRDefault="00923403">
            <w:pPr>
              <w:spacing w:after="6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972044"/>
                <w:sz w:val="24"/>
                <w:szCs w:val="28"/>
              </w:rPr>
              <w:t>KNOWLEDGE</w:t>
            </w:r>
          </w:p>
          <w:p w14:paraId="6DA28037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972044"/>
                <w:sz w:val="36"/>
                <w:szCs w:val="28"/>
              </w:rPr>
              <w:t>ORGANISER</w:t>
            </w:r>
          </w:p>
        </w:tc>
      </w:tr>
    </w:tbl>
    <w:p w14:paraId="2591A8C6" w14:textId="77777777" w:rsidR="00306C64" w:rsidRPr="00D72ADF" w:rsidRDefault="00923403">
      <w:pPr>
        <w:spacing w:line="120" w:lineRule="auto"/>
        <w:rPr>
          <w:rFonts w:hint="eastAsia"/>
          <w:sz w:val="22"/>
          <w:szCs w:val="28"/>
        </w:rPr>
      </w:pPr>
      <w:r w:rsidRPr="00D72AD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13637"/>
      </w:tblGrid>
      <w:tr w:rsidR="00306C64" w:rsidRPr="00D72ADF" w14:paraId="35E7194C" w14:textId="77777777">
        <w:trPr>
          <w:jc w:val="center"/>
        </w:trPr>
        <w:tc>
          <w:tcPr>
            <w:tcW w:w="2405" w:type="dxa"/>
            <w:tcBorders>
              <w:top w:val="nil"/>
              <w:left w:val="nil"/>
              <w:bottom w:val="nil"/>
              <w:right w:val="nil"/>
            </w:tcBorders>
            <w:shd w:val="clear" w:color="auto" w:fill="CB2652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60046BAD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FFFFFF"/>
                <w:sz w:val="20"/>
                <w:szCs w:val="28"/>
              </w:rPr>
              <w:t>BIG QUESTION</w:t>
            </w:r>
          </w:p>
        </w:tc>
        <w:tc>
          <w:tcPr>
            <w:tcW w:w="13637" w:type="dxa"/>
            <w:tcBorders>
              <w:top w:val="nil"/>
              <w:left w:val="nil"/>
              <w:bottom w:val="nil"/>
              <w:right w:val="nil"/>
            </w:tcBorders>
            <w:shd w:val="clear" w:color="auto" w:fill="FFF0F4"/>
            <w:tcMar>
              <w:top w:w="63" w:type="dxa"/>
              <w:left w:w="115" w:type="dxa"/>
              <w:bottom w:w="63" w:type="dxa"/>
              <w:right w:w="115" w:type="dxa"/>
            </w:tcMar>
          </w:tcPr>
          <w:p w14:paraId="24A3AB15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972044"/>
                <w:sz w:val="24"/>
                <w:szCs w:val="28"/>
              </w:rPr>
              <w:t>What was the Space Race, and how did it influence space travel today?</w:t>
            </w:r>
          </w:p>
        </w:tc>
      </w:tr>
    </w:tbl>
    <w:p w14:paraId="7DC25C30" w14:textId="77777777" w:rsidR="00306C64" w:rsidRPr="00D72ADF" w:rsidRDefault="00923403">
      <w:pPr>
        <w:spacing w:line="120" w:lineRule="auto"/>
        <w:rPr>
          <w:rFonts w:hint="eastAsia"/>
          <w:sz w:val="22"/>
          <w:szCs w:val="28"/>
        </w:rPr>
      </w:pPr>
      <w:r w:rsidRPr="00D72AD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26"/>
        <w:gridCol w:w="331"/>
        <w:gridCol w:w="5126"/>
        <w:gridCol w:w="331"/>
        <w:gridCol w:w="5126"/>
      </w:tblGrid>
      <w:tr w:rsidR="00306C64" w:rsidRPr="00D72ADF" w14:paraId="293AC06F" w14:textId="77777777">
        <w:trPr>
          <w:jc w:val="center"/>
        </w:trPr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245786A4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06C64" w:rsidRPr="00D72ADF" w14:paraId="5113198E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D4F5F4" w14:textId="77777777" w:rsidR="00306C64" w:rsidRPr="00D72ADF" w:rsidRDefault="00923403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7A733E27" wp14:editId="32245AA0">
                        <wp:extent cx="603504" cy="402336"/>
                        <wp:effectExtent l="0" t="0" r="0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putnik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EC6A35" w14:textId="77777777" w:rsidR="00306C64" w:rsidRPr="00D72ADF" w:rsidRDefault="0092340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CB2652"/>
                      <w:sz w:val="22"/>
                      <w:szCs w:val="28"/>
                    </w:rPr>
                    <w:t>SPUTNIK 1</w:t>
                  </w:r>
                </w:p>
                <w:p w14:paraId="28B3418E" w14:textId="77777777" w:rsidR="00306C64" w:rsidRPr="00D72ADF" w:rsidRDefault="0092340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sz w:val="20"/>
                      <w:szCs w:val="28"/>
                    </w:rPr>
                    <w:t>1957</w:t>
                  </w:r>
                </w:p>
                <w:p w14:paraId="7FE6B74E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color w:val="637080"/>
                      <w:szCs w:val="28"/>
                    </w:rPr>
                    <w:t>USSR launches first satellite</w:t>
                  </w:r>
                </w:p>
              </w:tc>
            </w:tr>
          </w:tbl>
          <w:p w14:paraId="64C83DEA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C3856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70A1E86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06C64" w:rsidRPr="00D72ADF" w14:paraId="6B68AB06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41C814" w14:textId="77777777" w:rsidR="00306C64" w:rsidRPr="00D72ADF" w:rsidRDefault="00923403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37B57ABA" wp14:editId="4831F9CD">
                        <wp:extent cx="603504" cy="402336"/>
                        <wp:effectExtent l="0" t="0" r="0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stronaut.png"/>
                                <pic:cNvPicPr/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A59975" w14:textId="77777777" w:rsidR="00306C64" w:rsidRPr="00D72ADF" w:rsidRDefault="0092340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8D6700"/>
                      <w:sz w:val="22"/>
                      <w:szCs w:val="28"/>
                    </w:rPr>
                    <w:t>FIRST HUMAN IN SPACE</w:t>
                  </w:r>
                </w:p>
                <w:p w14:paraId="13FCF074" w14:textId="77777777" w:rsidR="00306C64" w:rsidRPr="00D72ADF" w:rsidRDefault="0092340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sz w:val="20"/>
                      <w:szCs w:val="28"/>
                    </w:rPr>
                    <w:t>1961</w:t>
                  </w:r>
                </w:p>
                <w:p w14:paraId="69A14889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color w:val="637080"/>
                      <w:szCs w:val="28"/>
                    </w:rPr>
                    <w:t>Yuri Gagarin orbits Earth</w:t>
                  </w:r>
                </w:p>
              </w:tc>
            </w:tr>
          </w:tbl>
          <w:p w14:paraId="2975FDAB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13F98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8D6700"/>
                <w:sz w:val="28"/>
                <w:szCs w:val="28"/>
              </w:rPr>
              <w:t>→</w:t>
            </w:r>
          </w:p>
        </w:tc>
        <w:tc>
          <w:tcPr>
            <w:tcW w:w="5126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0" w:type="dxa"/>
              <w:left w:w="90" w:type="dxa"/>
              <w:bottom w:w="70" w:type="dxa"/>
              <w:right w:w="90" w:type="dxa"/>
            </w:tcMar>
          </w:tcPr>
          <w:p w14:paraId="15418615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3845"/>
            </w:tblGrid>
            <w:tr w:rsidR="00306C64" w:rsidRPr="00D72ADF" w14:paraId="5BF9495D" w14:textId="77777777">
              <w:trPr>
                <w:jc w:val="center"/>
              </w:trPr>
              <w:tc>
                <w:tcPr>
                  <w:tcW w:w="11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C1A1A2" w14:textId="77777777" w:rsidR="00306C64" w:rsidRPr="00D72ADF" w:rsidRDefault="00923403">
                  <w:pPr>
                    <w:spacing w:line="262" w:lineRule="auto"/>
                    <w:jc w:val="center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noProof/>
                      <w:sz w:val="22"/>
                      <w:szCs w:val="28"/>
                    </w:rPr>
                    <w:drawing>
                      <wp:inline distT="0" distB="0" distL="0" distR="0" wp14:anchorId="40490B35" wp14:editId="4D3FD302">
                        <wp:extent cx="603504" cy="402336"/>
                        <wp:effectExtent l="0" t="0" r="0" b="0"/>
                        <wp:docPr id="4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on_lander.png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03504" cy="4023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4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627AB3" w14:textId="77777777" w:rsidR="00306C64" w:rsidRPr="00D72ADF" w:rsidRDefault="0092340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CB2652"/>
                      <w:sz w:val="22"/>
                      <w:szCs w:val="28"/>
                    </w:rPr>
                    <w:t>MOON LANDING</w:t>
                  </w:r>
                </w:p>
                <w:p w14:paraId="5509FD5E" w14:textId="77777777" w:rsidR="00306C64" w:rsidRPr="00D72ADF" w:rsidRDefault="00923403">
                  <w:pPr>
                    <w:spacing w:after="20"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sz w:val="20"/>
                      <w:szCs w:val="28"/>
                    </w:rPr>
                    <w:t>1969</w:t>
                  </w:r>
                </w:p>
                <w:p w14:paraId="7B49DEE7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color w:val="637080"/>
                      <w:szCs w:val="28"/>
                    </w:rPr>
                    <w:t>Apollo 11 reaches the Moon</w:t>
                  </w:r>
                </w:p>
              </w:tc>
            </w:tr>
          </w:tbl>
          <w:p w14:paraId="058061F6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4DF5204A" w14:textId="77777777" w:rsidR="00306C64" w:rsidRPr="00D72ADF" w:rsidRDefault="00923403">
      <w:pPr>
        <w:spacing w:line="120" w:lineRule="auto"/>
        <w:rPr>
          <w:rFonts w:hint="eastAsia"/>
          <w:sz w:val="22"/>
          <w:szCs w:val="28"/>
        </w:rPr>
      </w:pPr>
      <w:r w:rsidRPr="00D72AD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259"/>
        <w:gridCol w:w="288"/>
        <w:gridCol w:w="6494"/>
      </w:tblGrid>
      <w:tr w:rsidR="00306C64" w:rsidRPr="00D72ADF" w14:paraId="3D7EB74E" w14:textId="77777777">
        <w:trPr>
          <w:jc w:val="center"/>
        </w:trPr>
        <w:tc>
          <w:tcPr>
            <w:tcW w:w="9259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4990A" w14:textId="77777777" w:rsidR="00306C64" w:rsidRPr="00D72ADF" w:rsidRDefault="00306C64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9259"/>
            </w:tblGrid>
            <w:tr w:rsidR="00306C64" w:rsidRPr="00D72ADF" w14:paraId="36B1ACFE" w14:textId="77777777">
              <w:trPr>
                <w:jc w:val="center"/>
              </w:trPr>
              <w:tc>
                <w:tcPr>
                  <w:tcW w:w="92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0FCFEC87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FFFFFF"/>
                      <w:sz w:val="24"/>
                      <w:szCs w:val="28"/>
                    </w:rPr>
                    <w:t>WHAT SHOULD I KNOW?</w:t>
                  </w:r>
                </w:p>
              </w:tc>
            </w:tr>
            <w:tr w:rsidR="00306C64" w:rsidRPr="00D72ADF" w14:paraId="498190A3" w14:textId="77777777">
              <w:trPr>
                <w:jc w:val="center"/>
              </w:trPr>
              <w:tc>
                <w:tcPr>
                  <w:tcW w:w="9259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FFF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59465DB8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What caused the Space Race?  </w:t>
                  </w:r>
                  <w:r w:rsidRPr="00D72ADF">
                    <w:rPr>
                      <w:sz w:val="20"/>
                      <w:szCs w:val="28"/>
                    </w:rPr>
                    <w:t>After the Second World War, the USA and Soviet Union competed for power and influence during the Cold War.</w:t>
                  </w:r>
                </w:p>
                <w:p w14:paraId="7B8646B0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What was the Space Race?  </w:t>
                  </w:r>
                  <w:r w:rsidRPr="00D72ADF">
                    <w:rPr>
                      <w:sz w:val="20"/>
                      <w:szCs w:val="28"/>
                    </w:rPr>
                    <w:t>A competition to achieve important firsts in space exploration and show technological strength.</w:t>
                  </w:r>
                </w:p>
                <w:p w14:paraId="6952CEE3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What were the first achievements?  </w:t>
                  </w:r>
                  <w:r w:rsidRPr="00D72ADF">
                    <w:rPr>
                      <w:sz w:val="20"/>
                      <w:szCs w:val="28"/>
                    </w:rPr>
                    <w:t>The USSR launched Sputnik 1 in 1957. Animals went on early flights before Yuri Gagarin became the first human in space in 1961.</w:t>
                  </w:r>
                </w:p>
                <w:p w14:paraId="28D7CB89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What happened in 1969?  </w:t>
                  </w:r>
                  <w:r w:rsidRPr="00D72ADF">
                    <w:rPr>
                      <w:sz w:val="20"/>
                      <w:szCs w:val="28"/>
                    </w:rPr>
                    <w:t>The American Apollo 11 mission landed people on the Moon. Neil Armstrong became the first person to walk there.</w:t>
                  </w:r>
                </w:p>
                <w:p w14:paraId="79A7FDEA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What happened after Apollo?  </w:t>
                  </w:r>
                  <w:r w:rsidRPr="00D72ADF">
                    <w:rPr>
                      <w:sz w:val="20"/>
                      <w:szCs w:val="28"/>
                    </w:rPr>
                    <w:t>Space shuttles carried people and equipment into orbit; the first launched in 1981.</w:t>
                  </w:r>
                </w:p>
                <w:p w14:paraId="3CC4EE39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Why is the ISS important?  </w:t>
                  </w:r>
                  <w:r w:rsidRPr="00D72ADF">
                    <w:rPr>
                      <w:sz w:val="20"/>
                      <w:szCs w:val="28"/>
                    </w:rPr>
                    <w:t>The International Space Station allows astronauts from different countries to live and carry out research together in orbit.</w:t>
                  </w:r>
                </w:p>
                <w:p w14:paraId="69F3D00E" w14:textId="77777777" w:rsidR="00306C64" w:rsidRPr="00D72ADF" w:rsidRDefault="00923403">
                  <w:pPr>
                    <w:spacing w:after="102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What is the lasting impact?  </w:t>
                  </w:r>
                  <w:r w:rsidRPr="00D72ADF">
                    <w:rPr>
                      <w:sz w:val="20"/>
                      <w:szCs w:val="28"/>
                    </w:rPr>
                    <w:t>Space exploration developed new technology and scientific knowledge, and led to further missions and international cooperation.</w:t>
                  </w:r>
                </w:p>
              </w:tc>
            </w:tr>
          </w:tbl>
          <w:p w14:paraId="0A96981B" w14:textId="77777777" w:rsidR="00306C64" w:rsidRPr="00D72ADF" w:rsidRDefault="00306C64">
            <w:pPr>
              <w:rPr>
                <w:rFonts w:hint="eastAsia"/>
                <w:sz w:val="8"/>
                <w:szCs w:val="12"/>
              </w:rPr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5603F2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</w:tc>
        <w:tc>
          <w:tcPr>
            <w:tcW w:w="6494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24756" w14:textId="77777777" w:rsidR="00306C64" w:rsidRPr="00D72ADF" w:rsidRDefault="00306C64">
            <w:pPr>
              <w:rPr>
                <w:rFonts w:hint="eastAsia"/>
                <w:sz w:val="6"/>
                <w:szCs w:val="10"/>
              </w:rPr>
            </w:pP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306C64" w:rsidRPr="00D72ADF" w14:paraId="71980A4A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5C84B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07D781B7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4"/>
                      <w:szCs w:val="28"/>
                    </w:rPr>
                    <w:t>WORDS TO REMEMBER</w:t>
                  </w:r>
                </w:p>
              </w:tc>
            </w:tr>
            <w:tr w:rsidR="00306C64" w:rsidRPr="00D72ADF" w14:paraId="391C7FFD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6" w:space="0" w:color="D5DCE3"/>
                    <w:left w:val="single" w:sz="6" w:space="0" w:color="D5DCE3"/>
                    <w:bottom w:val="single" w:sz="6" w:space="0" w:color="D5DCE3"/>
                    <w:right w:val="single" w:sz="6" w:space="0" w:color="D5DCE3"/>
                  </w:tcBorders>
                  <w:shd w:val="clear" w:color="auto" w:fill="FFF8DE"/>
                  <w:tcMar>
                    <w:top w:w="100" w:type="dxa"/>
                    <w:left w:w="135" w:type="dxa"/>
                    <w:bottom w:w="92" w:type="dxa"/>
                    <w:right w:w="130" w:type="dxa"/>
                  </w:tcMar>
                </w:tcPr>
                <w:p w14:paraId="70CFBDA7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Cold War  </w:t>
                  </w:r>
                  <w:r w:rsidRPr="00D72ADF">
                    <w:rPr>
                      <w:sz w:val="20"/>
                      <w:szCs w:val="28"/>
                    </w:rPr>
                    <w:t>rivalry between the USA and USSR after World War Two</w:t>
                  </w:r>
                </w:p>
                <w:p w14:paraId="6CABAAC6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USSR  </w:t>
                  </w:r>
                  <w:r w:rsidRPr="00D72ADF">
                    <w:rPr>
                      <w:sz w:val="20"/>
                      <w:szCs w:val="28"/>
                    </w:rPr>
                    <w:t>the Soviet Union; a former group of republics</w:t>
                  </w:r>
                </w:p>
                <w:p w14:paraId="10C3588E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Satellite  </w:t>
                  </w:r>
                  <w:r w:rsidRPr="00D72ADF">
                    <w:rPr>
                      <w:sz w:val="20"/>
                      <w:szCs w:val="28"/>
                    </w:rPr>
                    <w:t>an object that orbits a planet or moon</w:t>
                  </w:r>
                </w:p>
                <w:p w14:paraId="31290558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Astronaut  </w:t>
                  </w:r>
                  <w:r w:rsidRPr="00D72ADF">
                    <w:rPr>
                      <w:sz w:val="20"/>
                      <w:szCs w:val="28"/>
                    </w:rPr>
                    <w:t>a person trained to travel in space</w:t>
                  </w:r>
                </w:p>
                <w:p w14:paraId="0DBEDEEF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Apollo 11  </w:t>
                  </w:r>
                  <w:r w:rsidRPr="00D72ADF">
                    <w:rPr>
                      <w:sz w:val="20"/>
                      <w:szCs w:val="28"/>
                    </w:rPr>
                    <w:t>the first mission to land humans on the Moon</w:t>
                  </w:r>
                </w:p>
                <w:p w14:paraId="6E7B21C1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Space shuttle  </w:t>
                  </w:r>
                  <w:r w:rsidRPr="00D72ADF">
                    <w:rPr>
                      <w:sz w:val="20"/>
                      <w:szCs w:val="28"/>
                    </w:rPr>
                    <w:t>a reusable spacecraft used for missions to orbit</w:t>
                  </w:r>
                </w:p>
                <w:p w14:paraId="04CAEC64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ISS  </w:t>
                  </w:r>
                  <w:r w:rsidRPr="00D72ADF">
                    <w:rPr>
                      <w:sz w:val="20"/>
                      <w:szCs w:val="28"/>
                    </w:rPr>
                    <w:t>International Space Station</w:t>
                  </w:r>
                </w:p>
                <w:p w14:paraId="77DB74CB" w14:textId="77777777" w:rsidR="00306C64" w:rsidRPr="00D72ADF" w:rsidRDefault="00923403">
                  <w:pPr>
                    <w:spacing w:after="80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972044"/>
                      <w:sz w:val="20"/>
                      <w:szCs w:val="28"/>
                    </w:rPr>
                    <w:t xml:space="preserve">Legacy  </w:t>
                  </w:r>
                  <w:r w:rsidRPr="00D72ADF">
                    <w:rPr>
                      <w:sz w:val="20"/>
                      <w:szCs w:val="28"/>
                    </w:rPr>
                    <w:t>something from the past that still affects us</w:t>
                  </w:r>
                </w:p>
              </w:tc>
            </w:tr>
          </w:tbl>
          <w:p w14:paraId="1566EAA6" w14:textId="77777777" w:rsidR="00306C64" w:rsidRPr="00D72ADF" w:rsidRDefault="00306C64">
            <w:pPr>
              <w:rPr>
                <w:rFonts w:hint="eastAsia"/>
                <w:sz w:val="10"/>
                <w:szCs w:val="14"/>
              </w:rPr>
            </w:pPr>
          </w:p>
          <w:p w14:paraId="28449EB3" w14:textId="77777777" w:rsidR="00306C64" w:rsidRPr="00D72ADF" w:rsidRDefault="00923403">
            <w:pPr>
              <w:spacing w:line="48" w:lineRule="auto"/>
              <w:rPr>
                <w:rFonts w:hint="eastAsia"/>
                <w:sz w:val="22"/>
                <w:szCs w:val="28"/>
              </w:rPr>
            </w:pPr>
            <w:r w:rsidRPr="00D72ADF">
              <w:rPr>
                <w:sz w:val="8"/>
                <w:szCs w:val="28"/>
              </w:rPr>
              <w:t xml:space="preserve"> </w:t>
            </w:r>
          </w:p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494"/>
            </w:tblGrid>
            <w:tr w:rsidR="00306C64" w:rsidRPr="00D72ADF" w14:paraId="013607E6" w14:textId="77777777">
              <w:trPr>
                <w:jc w:val="center"/>
              </w:trPr>
              <w:tc>
                <w:tcPr>
                  <w:tcW w:w="649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B2652"/>
                  <w:tcMar>
                    <w:top w:w="70" w:type="dxa"/>
                    <w:left w:w="130" w:type="dxa"/>
                    <w:bottom w:w="70" w:type="dxa"/>
                    <w:right w:w="110" w:type="dxa"/>
                  </w:tcMar>
                </w:tcPr>
                <w:p w14:paraId="6B88FBF0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b/>
                      <w:color w:val="FFFFFF"/>
                      <w:sz w:val="24"/>
                      <w:szCs w:val="28"/>
                    </w:rPr>
                    <w:t>HISTORY DETECTIVES</w:t>
                  </w:r>
                </w:p>
              </w:tc>
            </w:tr>
            <w:tr w:rsidR="00306C64" w:rsidRPr="00D72ADF" w14:paraId="0A5A2BE5" w14:textId="77777777">
              <w:trPr>
                <w:jc w:val="center"/>
              </w:trPr>
              <w:tc>
                <w:tcPr>
                  <w:tcW w:w="6494" w:type="dxa"/>
                  <w:tcBorders>
                    <w:top w:val="single" w:sz="5" w:space="0" w:color="E8BCC8"/>
                    <w:left w:val="single" w:sz="5" w:space="0" w:color="E8BCC8"/>
                    <w:bottom w:val="single" w:sz="5" w:space="0" w:color="E8BCC8"/>
                    <w:right w:val="single" w:sz="5" w:space="0" w:color="E8BCC8"/>
                  </w:tcBorders>
                  <w:shd w:val="clear" w:color="auto" w:fill="FFF0F4"/>
                  <w:tcMar>
                    <w:top w:w="70" w:type="dxa"/>
                    <w:left w:w="120" w:type="dxa"/>
                    <w:bottom w:w="70" w:type="dxa"/>
                    <w:right w:w="120" w:type="dxa"/>
                  </w:tcMar>
                </w:tcPr>
                <w:p w14:paraId="10D9B0A4" w14:textId="77777777" w:rsidR="00306C64" w:rsidRPr="00D72ADF" w:rsidRDefault="00923403">
                  <w:pPr>
                    <w:spacing w:line="262" w:lineRule="auto"/>
                    <w:rPr>
                      <w:rFonts w:hint="eastAsia"/>
                      <w:sz w:val="22"/>
                      <w:szCs w:val="28"/>
                    </w:rPr>
                  </w:pPr>
                  <w:r w:rsidRPr="00D72ADF">
                    <w:rPr>
                      <w:sz w:val="22"/>
                      <w:szCs w:val="28"/>
                    </w:rPr>
                    <w:t>Photographs, film and mission records tell us about space achievements. Rival nations might describe the same event differently.</w:t>
                  </w:r>
                </w:p>
              </w:tc>
            </w:tr>
          </w:tbl>
          <w:p w14:paraId="4052A487" w14:textId="77777777" w:rsidR="00306C64" w:rsidRPr="00D72ADF" w:rsidRDefault="00306C64">
            <w:pPr>
              <w:rPr>
                <w:rFonts w:hint="eastAsia"/>
                <w:sz w:val="22"/>
                <w:szCs w:val="28"/>
              </w:rPr>
            </w:pPr>
          </w:p>
        </w:tc>
      </w:tr>
    </w:tbl>
    <w:p w14:paraId="414B0ED7" w14:textId="77777777" w:rsidR="00306C64" w:rsidRPr="00D72ADF" w:rsidRDefault="00923403">
      <w:pPr>
        <w:spacing w:line="120" w:lineRule="auto"/>
        <w:rPr>
          <w:rFonts w:hint="eastAsia"/>
          <w:sz w:val="22"/>
          <w:szCs w:val="28"/>
        </w:rPr>
      </w:pPr>
      <w:r w:rsidRPr="00D72ADF">
        <w:rPr>
          <w:sz w:val="8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342"/>
        <w:gridCol w:w="5342"/>
        <w:gridCol w:w="5357"/>
      </w:tblGrid>
      <w:tr w:rsidR="00306C64" w:rsidRPr="00D72ADF" w14:paraId="07584EEB" w14:textId="77777777">
        <w:trPr>
          <w:jc w:val="center"/>
        </w:trPr>
        <w:tc>
          <w:tcPr>
            <w:tcW w:w="5342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77853055" w14:textId="77777777" w:rsidR="00306C64" w:rsidRPr="00D72ADF" w:rsidRDefault="00923403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CB2652"/>
                <w:sz w:val="22"/>
                <w:szCs w:val="28"/>
              </w:rPr>
              <w:t>CAUSE &amp; COMPETITION</w:t>
            </w:r>
          </w:p>
          <w:p w14:paraId="4B9C321A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sz w:val="20"/>
                <w:szCs w:val="28"/>
              </w:rPr>
              <w:t>Cold War • USA and USSR</w:t>
            </w:r>
          </w:p>
        </w:tc>
        <w:tc>
          <w:tcPr>
            <w:tcW w:w="5342" w:type="dxa"/>
            <w:tcBorders>
              <w:top w:val="single" w:sz="7" w:space="0" w:color="8D6700"/>
              <w:left w:val="single" w:sz="7" w:space="0" w:color="8D6700"/>
              <w:bottom w:val="single" w:sz="7" w:space="0" w:color="8D6700"/>
              <w:right w:val="single" w:sz="7" w:space="0" w:color="8D6700"/>
            </w:tcBorders>
            <w:shd w:val="clear" w:color="auto" w:fill="FFF8DE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423AE7C9" w14:textId="77777777" w:rsidR="00306C64" w:rsidRPr="00D72ADF" w:rsidRDefault="00923403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8D6700"/>
                <w:sz w:val="22"/>
                <w:szCs w:val="28"/>
              </w:rPr>
              <w:t>CHANGE &amp; INNOVATION</w:t>
            </w:r>
          </w:p>
          <w:p w14:paraId="68DAE9C7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sz w:val="20"/>
                <w:szCs w:val="28"/>
              </w:rPr>
              <w:t>Satellites • missions • shuttles</w:t>
            </w:r>
          </w:p>
        </w:tc>
        <w:tc>
          <w:tcPr>
            <w:tcW w:w="5357" w:type="dxa"/>
            <w:tcBorders>
              <w:top w:val="single" w:sz="7" w:space="0" w:color="CB2652"/>
              <w:left w:val="single" w:sz="7" w:space="0" w:color="CB2652"/>
              <w:bottom w:val="single" w:sz="7" w:space="0" w:color="CB2652"/>
              <w:right w:val="single" w:sz="7" w:space="0" w:color="CB2652"/>
            </w:tcBorders>
            <w:shd w:val="clear" w:color="auto" w:fill="FFF0F4"/>
            <w:tcMar>
              <w:top w:w="76" w:type="dxa"/>
              <w:left w:w="100" w:type="dxa"/>
              <w:bottom w:w="76" w:type="dxa"/>
              <w:right w:w="100" w:type="dxa"/>
            </w:tcMar>
          </w:tcPr>
          <w:p w14:paraId="31475661" w14:textId="77777777" w:rsidR="00306C64" w:rsidRPr="00D72ADF" w:rsidRDefault="00923403">
            <w:pPr>
              <w:spacing w:after="40"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CB2652"/>
                <w:sz w:val="22"/>
                <w:szCs w:val="28"/>
              </w:rPr>
              <w:t>LEGACY &amp; COOPERATION</w:t>
            </w:r>
          </w:p>
          <w:p w14:paraId="18C98DF9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sz w:val="20"/>
                <w:szCs w:val="28"/>
              </w:rPr>
              <w:t>Research • ISS • science</w:t>
            </w:r>
          </w:p>
        </w:tc>
      </w:tr>
    </w:tbl>
    <w:p w14:paraId="61D84F75" w14:textId="77777777" w:rsidR="00306C64" w:rsidRPr="00D72ADF" w:rsidRDefault="00923403">
      <w:pPr>
        <w:spacing w:line="120" w:lineRule="auto"/>
        <w:rPr>
          <w:rFonts w:hint="eastAsia"/>
          <w:sz w:val="22"/>
          <w:szCs w:val="28"/>
        </w:rPr>
      </w:pPr>
      <w:r w:rsidRPr="00D72ADF">
        <w:rPr>
          <w:sz w:val="6"/>
          <w:szCs w:val="28"/>
        </w:rPr>
        <w:t xml:space="preserve"> 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13032"/>
      </w:tblGrid>
      <w:tr w:rsidR="00306C64" w:rsidRPr="00D72ADF" w14:paraId="540C1F61" w14:textId="77777777">
        <w:trPr>
          <w:jc w:val="center"/>
        </w:trPr>
        <w:tc>
          <w:tcPr>
            <w:tcW w:w="3010" w:type="dxa"/>
            <w:tcBorders>
              <w:top w:val="nil"/>
              <w:left w:val="nil"/>
              <w:bottom w:val="nil"/>
              <w:right w:val="nil"/>
            </w:tcBorders>
            <w:shd w:val="clear" w:color="auto" w:fill="F5C84B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426D1D49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b/>
                <w:color w:val="972044"/>
                <w:sz w:val="20"/>
                <w:szCs w:val="28"/>
              </w:rPr>
              <w:t>EVIDENCE WE EXPLORE</w:t>
            </w:r>
          </w:p>
        </w:tc>
        <w:tc>
          <w:tcPr>
            <w:tcW w:w="13032" w:type="dxa"/>
            <w:tcBorders>
              <w:top w:val="nil"/>
              <w:left w:val="nil"/>
              <w:bottom w:val="nil"/>
              <w:right w:val="nil"/>
            </w:tcBorders>
            <w:shd w:val="clear" w:color="auto" w:fill="FFF8DE"/>
            <w:tcMar>
              <w:top w:w="66" w:type="dxa"/>
              <w:left w:w="112" w:type="dxa"/>
              <w:bottom w:w="66" w:type="dxa"/>
              <w:right w:w="110" w:type="dxa"/>
            </w:tcMar>
          </w:tcPr>
          <w:p w14:paraId="6F0954EE" w14:textId="77777777" w:rsidR="00306C64" w:rsidRPr="00D72ADF" w:rsidRDefault="00923403">
            <w:pPr>
              <w:spacing w:line="262" w:lineRule="auto"/>
              <w:jc w:val="center"/>
              <w:rPr>
                <w:rFonts w:hint="eastAsia"/>
                <w:sz w:val="22"/>
                <w:szCs w:val="28"/>
              </w:rPr>
            </w:pPr>
            <w:r w:rsidRPr="00D72ADF">
              <w:rPr>
                <w:sz w:val="20"/>
                <w:szCs w:val="28"/>
              </w:rPr>
              <w:t>Mission photographs  •  Films  •  News reports  •  Spaceflight records</w:t>
            </w:r>
          </w:p>
        </w:tc>
      </w:tr>
    </w:tbl>
    <w:p w14:paraId="701C9BE2" w14:textId="22BF434D" w:rsidR="00306C64" w:rsidRPr="00D72ADF" w:rsidRDefault="00306C64">
      <w:pPr>
        <w:spacing w:before="40" w:line="262" w:lineRule="auto"/>
        <w:rPr>
          <w:rFonts w:hint="eastAsia"/>
          <w:sz w:val="22"/>
          <w:szCs w:val="28"/>
        </w:rPr>
      </w:pPr>
    </w:p>
    <w:sectPr w:rsidR="00306C64" w:rsidRPr="00D72ADF" w:rsidSect="00034616">
      <w:pgSz w:w="16834" w:h="11909" w:orient="landscape"/>
      <w:pgMar w:top="346" w:right="389" w:bottom="346" w:left="389" w:header="173" w:footer="17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2761777">
    <w:abstractNumId w:val="8"/>
  </w:num>
  <w:num w:numId="2" w16cid:durableId="1068654933">
    <w:abstractNumId w:val="6"/>
  </w:num>
  <w:num w:numId="3" w16cid:durableId="709913447">
    <w:abstractNumId w:val="5"/>
  </w:num>
  <w:num w:numId="4" w16cid:durableId="248931827">
    <w:abstractNumId w:val="4"/>
  </w:num>
  <w:num w:numId="5" w16cid:durableId="92941879">
    <w:abstractNumId w:val="7"/>
  </w:num>
  <w:num w:numId="6" w16cid:durableId="894508993">
    <w:abstractNumId w:val="3"/>
  </w:num>
  <w:num w:numId="7" w16cid:durableId="572785551">
    <w:abstractNumId w:val="2"/>
  </w:num>
  <w:num w:numId="8" w16cid:durableId="544878518">
    <w:abstractNumId w:val="1"/>
  </w:num>
  <w:num w:numId="9" w16cid:durableId="1244879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6C64"/>
    <w:rsid w:val="00326F90"/>
    <w:rsid w:val="00993D95"/>
    <w:rsid w:val="00AA1D8D"/>
    <w:rsid w:val="00B47730"/>
    <w:rsid w:val="00CB0664"/>
    <w:rsid w:val="00D72AD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05E970B"/>
  <w14:defaultImageDpi w14:val="300"/>
  <w15:docId w15:val="{8A141B43-742F-45A8-A2CD-0583F8ECD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Century Gothic" w:hAnsi="Century Gothic"/>
      <w:color w:val="344052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6" ma:contentTypeDescription="Create a new document." ma:contentTypeScope="" ma:versionID="f2caed11be53de3e2cfdb636192c98e3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65b59e753c79a5f2f519d668d767f48d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76d0039-3946-4c91-b20b-2f92a4ddc348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6C1D00-8AD9-4506-847E-C87ED3FA1277}"/>
</file>

<file path=customXml/itemProps3.xml><?xml version="1.0" encoding="utf-8"?>
<ds:datastoreItem xmlns:ds="http://schemas.openxmlformats.org/officeDocument/2006/customXml" ds:itemID="{06DAC156-5C85-41BD-B0BE-7863D37E29EB}"/>
</file>

<file path=customXml/itemProps4.xml><?xml version="1.0" encoding="utf-8"?>
<ds:datastoreItem xmlns:ds="http://schemas.openxmlformats.org/officeDocument/2006/customXml" ds:itemID="{4D634C8E-993B-444F-B853-18AA8C51D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2158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</dc:creator>
  <cp:keywords/>
  <dc:description>generated by python-docx</dc:description>
  <cp:lastModifiedBy>M Nugent</cp:lastModifiedBy>
  <cp:revision>2</cp:revision>
  <dcterms:created xsi:type="dcterms:W3CDTF">2026-11-07T00:37:00Z</dcterms:created>
  <dcterms:modified xsi:type="dcterms:W3CDTF">2026-11-07T00:37:00Z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2026-11-07T00:37:04Z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1b3404f0-4385-435a-818a-7bb20e3db23c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  <property fmtid="{D5CDD505-2E9C-101B-9397-08002B2CF9AE}" pid="10" name="ContentTypeId">
    <vt:lpwstr>0x01010019582E0B82A07048A48C23433B10B790</vt:lpwstr>
  </property>
</Properties>
</file>