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082925" w:rsidRPr="00515AAF" w14:paraId="31B15B06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6567632C" w14:textId="24B82D88" w:rsidR="00082925" w:rsidRPr="00515AAF" w:rsidRDefault="00515AAF">
            <w:pPr>
              <w:spacing w:line="262" w:lineRule="auto"/>
              <w:jc w:val="center"/>
              <w:rPr>
                <w:rFonts w:hint="eastAsia"/>
                <w:sz w:val="22"/>
                <w:szCs w:val="28"/>
                <w:lang w:val="en-GB"/>
              </w:rPr>
            </w:pPr>
            <w:r>
              <w:rPr>
                <w:rFonts w:hint="eastAsia"/>
                <w:noProof/>
                <w:sz w:val="8"/>
                <w:szCs w:val="12"/>
              </w:rPr>
              <w:drawing>
                <wp:anchor distT="0" distB="0" distL="114300" distR="114300" simplePos="0" relativeHeight="251660288" behindDoc="0" locked="0" layoutInCell="1" allowOverlap="1" wp14:anchorId="0E3307F5" wp14:editId="41C77A43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-145415</wp:posOffset>
                  </wp:positionV>
                  <wp:extent cx="723900" cy="723900"/>
                  <wp:effectExtent l="0" t="0" r="0" b="0"/>
                  <wp:wrapNone/>
                  <wp:docPr id="8401653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165363" name="Picture 84016536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4A5477A9" w14:textId="57EAFD79" w:rsidR="00082925" w:rsidRPr="00515AAF" w:rsidRDefault="007112B0">
            <w:pPr>
              <w:spacing w:after="60" w:line="262" w:lineRule="auto"/>
              <w:rPr>
                <w:rFonts w:hint="eastAsia"/>
                <w:sz w:val="22"/>
                <w:szCs w:val="28"/>
              </w:rPr>
            </w:pPr>
            <w:r w:rsidRPr="00515AAF">
              <w:rPr>
                <w:b/>
                <w:color w:val="F5C84B"/>
                <w:sz w:val="22"/>
                <w:szCs w:val="28"/>
              </w:rPr>
              <w:t xml:space="preserve">YEAR </w:t>
            </w:r>
            <w:proofErr w:type="gramStart"/>
            <w:r w:rsidRPr="00515AAF">
              <w:rPr>
                <w:b/>
                <w:color w:val="F5C84B"/>
                <w:sz w:val="22"/>
                <w:szCs w:val="28"/>
              </w:rPr>
              <w:t>6  •</w:t>
            </w:r>
            <w:proofErr w:type="gramEnd"/>
            <w:r w:rsidRPr="00515AAF">
              <w:rPr>
                <w:b/>
                <w:color w:val="F5C84B"/>
                <w:sz w:val="22"/>
                <w:szCs w:val="28"/>
              </w:rPr>
              <w:t xml:space="preserve">  </w:t>
            </w:r>
            <w:proofErr w:type="gramStart"/>
            <w:r w:rsidRPr="00515AAF">
              <w:rPr>
                <w:b/>
                <w:color w:val="F5C84B"/>
                <w:sz w:val="22"/>
                <w:szCs w:val="28"/>
              </w:rPr>
              <w:t>HISTORY  •</w:t>
            </w:r>
            <w:proofErr w:type="gramEnd"/>
            <w:r w:rsidRPr="00515AAF">
              <w:rPr>
                <w:b/>
                <w:color w:val="F5C84B"/>
                <w:sz w:val="22"/>
                <w:szCs w:val="28"/>
              </w:rPr>
              <w:t xml:space="preserve">  SUMMER 2</w:t>
            </w:r>
          </w:p>
          <w:p w14:paraId="257F5EB8" w14:textId="77777777" w:rsidR="00082925" w:rsidRPr="00515AAF" w:rsidRDefault="007112B0">
            <w:pPr>
              <w:spacing w:line="262" w:lineRule="auto"/>
              <w:rPr>
                <w:rFonts w:hint="eastAsia"/>
                <w:sz w:val="22"/>
                <w:szCs w:val="28"/>
              </w:rPr>
            </w:pPr>
            <w:r w:rsidRPr="00515AAF">
              <w:rPr>
                <w:b/>
                <w:color w:val="FFFFFF"/>
                <w:sz w:val="44"/>
                <w:szCs w:val="28"/>
              </w:rPr>
              <w:t>The Second World War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226187E5" w14:textId="77777777" w:rsidR="00082925" w:rsidRPr="00515AAF" w:rsidRDefault="007112B0">
            <w:pPr>
              <w:spacing w:after="60" w:line="262" w:lineRule="auto"/>
              <w:jc w:val="center"/>
              <w:rPr>
                <w:rFonts w:hint="eastAsia"/>
                <w:sz w:val="36"/>
                <w:szCs w:val="36"/>
              </w:rPr>
            </w:pPr>
            <w:r w:rsidRPr="00515AAF">
              <w:rPr>
                <w:b/>
                <w:color w:val="972044"/>
                <w:sz w:val="36"/>
                <w:szCs w:val="36"/>
              </w:rPr>
              <w:t>KNOWLEDGE</w:t>
            </w:r>
          </w:p>
          <w:p w14:paraId="12A727DF" w14:textId="77777777" w:rsidR="00082925" w:rsidRPr="00515AAF" w:rsidRDefault="007112B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b/>
                <w:color w:val="972044"/>
                <w:sz w:val="36"/>
                <w:szCs w:val="36"/>
              </w:rPr>
              <w:t>ORGANISER</w:t>
            </w:r>
          </w:p>
        </w:tc>
      </w:tr>
    </w:tbl>
    <w:p w14:paraId="7BFDB3D1" w14:textId="06707EAC" w:rsidR="00082925" w:rsidRPr="00515AAF" w:rsidRDefault="007112B0">
      <w:pPr>
        <w:spacing w:line="120" w:lineRule="auto"/>
        <w:rPr>
          <w:rFonts w:hint="eastAsia"/>
          <w:sz w:val="22"/>
          <w:szCs w:val="28"/>
        </w:rPr>
      </w:pPr>
      <w:r w:rsidRPr="00515AAF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082925" w:rsidRPr="00515AAF" w14:paraId="3BCA54F7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4EE8536F" w14:textId="77777777" w:rsidR="00082925" w:rsidRPr="00515AAF" w:rsidRDefault="007112B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41D5A290" w14:textId="7A4A43D4" w:rsidR="00082925" w:rsidRPr="00515AAF" w:rsidRDefault="007112B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b/>
                <w:color w:val="972044"/>
                <w:sz w:val="24"/>
                <w:szCs w:val="28"/>
              </w:rPr>
              <w:t>How did the Second World War affect people in Britain and across the British Empire?</w:t>
            </w:r>
          </w:p>
        </w:tc>
      </w:tr>
    </w:tbl>
    <w:p w14:paraId="5C2A5BB9" w14:textId="77777777" w:rsidR="00082925" w:rsidRPr="00515AAF" w:rsidRDefault="007112B0">
      <w:pPr>
        <w:spacing w:line="120" w:lineRule="auto"/>
        <w:rPr>
          <w:rFonts w:hint="eastAsia"/>
          <w:sz w:val="22"/>
          <w:szCs w:val="28"/>
        </w:rPr>
      </w:pPr>
      <w:r w:rsidRPr="00515AAF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082925" w:rsidRPr="00515AAF" w14:paraId="6F5F5190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00DB9CC" w14:textId="77777777" w:rsidR="00082925" w:rsidRPr="00515AAF" w:rsidRDefault="00082925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082925" w:rsidRPr="00515AAF" w14:paraId="23C4AEF6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9DAF0A" w14:textId="77777777" w:rsidR="00082925" w:rsidRPr="00515AAF" w:rsidRDefault="007112B0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51CCD713" wp14:editId="3A63DBFA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adio_1939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50C3A4" w14:textId="77777777" w:rsidR="00082925" w:rsidRPr="00515AAF" w:rsidRDefault="007112B0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CB2652"/>
                      <w:sz w:val="22"/>
                      <w:szCs w:val="28"/>
                    </w:rPr>
                    <w:t>WAR BEGINS</w:t>
                  </w:r>
                </w:p>
                <w:p w14:paraId="126E161D" w14:textId="77777777" w:rsidR="00082925" w:rsidRPr="00515AAF" w:rsidRDefault="007112B0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sz w:val="20"/>
                      <w:szCs w:val="28"/>
                    </w:rPr>
                    <w:t>1939</w:t>
                  </w:r>
                </w:p>
                <w:p w14:paraId="24531E78" w14:textId="77777777" w:rsidR="00082925" w:rsidRPr="00515AAF" w:rsidRDefault="007112B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color w:val="637080"/>
                      <w:szCs w:val="28"/>
                    </w:rPr>
                    <w:t>Britain declares war on Germany</w:t>
                  </w:r>
                </w:p>
              </w:tc>
            </w:tr>
          </w:tbl>
          <w:p w14:paraId="4B78C887" w14:textId="77777777" w:rsidR="00082925" w:rsidRPr="00515AAF" w:rsidRDefault="00082925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B1CB3A" w14:textId="77777777" w:rsidR="00082925" w:rsidRPr="00515AAF" w:rsidRDefault="007112B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6CE730C" w14:textId="77777777" w:rsidR="00082925" w:rsidRPr="00515AAF" w:rsidRDefault="00082925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082925" w:rsidRPr="00515AAF" w14:paraId="5148F959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205A51" w14:textId="77777777" w:rsidR="00082925" w:rsidRPr="00515AAF" w:rsidRDefault="007112B0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23FAEB20" wp14:editId="6C1AF447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litz_shelter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35AFCB" w14:textId="77777777" w:rsidR="00082925" w:rsidRPr="00515AAF" w:rsidRDefault="007112B0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8D6700"/>
                      <w:sz w:val="22"/>
                      <w:szCs w:val="28"/>
                    </w:rPr>
                    <w:t>THE BLITZ</w:t>
                  </w:r>
                </w:p>
                <w:p w14:paraId="0BA5B479" w14:textId="77777777" w:rsidR="00082925" w:rsidRPr="00515AAF" w:rsidRDefault="007112B0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sz w:val="20"/>
                      <w:szCs w:val="28"/>
                    </w:rPr>
                    <w:t>1940–1941</w:t>
                  </w:r>
                </w:p>
                <w:p w14:paraId="6F09427F" w14:textId="77777777" w:rsidR="00082925" w:rsidRPr="00515AAF" w:rsidRDefault="007112B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color w:val="637080"/>
                      <w:szCs w:val="28"/>
                    </w:rPr>
                    <w:t>Cities face aerial bombing</w:t>
                  </w:r>
                </w:p>
              </w:tc>
            </w:tr>
          </w:tbl>
          <w:p w14:paraId="7792A4DE" w14:textId="77777777" w:rsidR="00082925" w:rsidRPr="00515AAF" w:rsidRDefault="00082925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BDB2C" w14:textId="77777777" w:rsidR="00082925" w:rsidRPr="00515AAF" w:rsidRDefault="007112B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AA41102" w14:textId="77777777" w:rsidR="00082925" w:rsidRPr="00515AAF" w:rsidRDefault="00082925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082925" w:rsidRPr="00515AAF" w14:paraId="707E2022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2D5463" w14:textId="77777777" w:rsidR="00082925" w:rsidRPr="00515AAF" w:rsidRDefault="007112B0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611A36D6" wp14:editId="45B69113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victory_1945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0B51EC" w14:textId="77777777" w:rsidR="00082925" w:rsidRPr="00515AAF" w:rsidRDefault="007112B0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CB2652"/>
                      <w:sz w:val="22"/>
                      <w:szCs w:val="28"/>
                    </w:rPr>
                    <w:t>WAR ENDS</w:t>
                  </w:r>
                </w:p>
                <w:p w14:paraId="1652C386" w14:textId="77777777" w:rsidR="00082925" w:rsidRPr="00515AAF" w:rsidRDefault="007112B0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sz w:val="20"/>
                      <w:szCs w:val="28"/>
                    </w:rPr>
                    <w:t>1945</w:t>
                  </w:r>
                </w:p>
                <w:p w14:paraId="002397AB" w14:textId="77777777" w:rsidR="00082925" w:rsidRPr="00515AAF" w:rsidRDefault="007112B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color w:val="637080"/>
                      <w:szCs w:val="28"/>
                    </w:rPr>
                    <w:t>The conflict ends</w:t>
                  </w:r>
                </w:p>
              </w:tc>
            </w:tr>
          </w:tbl>
          <w:p w14:paraId="31A3AE37" w14:textId="77777777" w:rsidR="00082925" w:rsidRPr="00515AAF" w:rsidRDefault="00082925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36C8FC7F" w14:textId="77777777" w:rsidR="00082925" w:rsidRPr="00515AAF" w:rsidRDefault="007112B0">
      <w:pPr>
        <w:spacing w:line="120" w:lineRule="auto"/>
        <w:rPr>
          <w:rFonts w:hint="eastAsia"/>
          <w:sz w:val="22"/>
          <w:szCs w:val="28"/>
        </w:rPr>
      </w:pPr>
      <w:r w:rsidRPr="00515AAF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082925" w:rsidRPr="00515AAF" w14:paraId="170EEEA8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B5F4A" w14:textId="77777777" w:rsidR="00082925" w:rsidRPr="00515AAF" w:rsidRDefault="00082925">
            <w:pPr>
              <w:rPr>
                <w:rFonts w:hint="eastAsia"/>
                <w:sz w:val="4"/>
                <w:szCs w:val="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082925" w:rsidRPr="00515AAF" w14:paraId="041C6599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18D37AD8" w14:textId="77777777" w:rsidR="00082925" w:rsidRPr="00515AAF" w:rsidRDefault="007112B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082925" w:rsidRPr="00515AAF" w14:paraId="4322240A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507249BD" w14:textId="77777777" w:rsidR="00082925" w:rsidRPr="00515AAF" w:rsidRDefault="007112B0">
                  <w:pPr>
                    <w:spacing w:after="86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Why did the war begin?  </w:t>
                  </w:r>
                  <w:r w:rsidRPr="00515AAF">
                    <w:rPr>
                      <w:sz w:val="20"/>
                      <w:szCs w:val="28"/>
                    </w:rPr>
                    <w:t>Nazi Germany expanded its control in Europe. Britain and France declared war in September 1939 after Germany invaded Poland.</w:t>
                  </w:r>
                </w:p>
                <w:p w14:paraId="4B83C97A" w14:textId="77777777" w:rsidR="00082925" w:rsidRPr="00515AAF" w:rsidRDefault="007112B0">
                  <w:pPr>
                    <w:spacing w:after="86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What was appeasement?  </w:t>
                  </w:r>
                  <w:r w:rsidRPr="00515AAF">
                    <w:rPr>
                      <w:sz w:val="20"/>
                      <w:szCs w:val="28"/>
                    </w:rPr>
                    <w:t>A policy of making concessions to avoid war. British leaders hoped this would prevent another major conflict.</w:t>
                  </w:r>
                </w:p>
                <w:p w14:paraId="19D523CA" w14:textId="77777777" w:rsidR="00082925" w:rsidRPr="00515AAF" w:rsidRDefault="007112B0">
                  <w:pPr>
                    <w:spacing w:after="86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Why was it a world war?  </w:t>
                  </w:r>
                  <w:r w:rsidRPr="00515AAF">
                    <w:rPr>
                      <w:sz w:val="20"/>
                      <w:szCs w:val="28"/>
                    </w:rPr>
                    <w:t>Countries across the world took part. The main opposing groups were the Allies and the Axis powers.</w:t>
                  </w:r>
                </w:p>
                <w:p w14:paraId="20CAC763" w14:textId="77777777" w:rsidR="00082925" w:rsidRPr="00515AAF" w:rsidRDefault="007112B0">
                  <w:pPr>
                    <w:spacing w:after="86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Who helped Britain in the war?  </w:t>
                  </w:r>
                  <w:r w:rsidRPr="00515AAF">
                    <w:rPr>
                      <w:sz w:val="20"/>
                      <w:szCs w:val="28"/>
                    </w:rPr>
                    <w:t>People from across the British Empire, including the Caribbean, Africa and Asia, served and contributed to the war effort.</w:t>
                  </w:r>
                </w:p>
                <w:p w14:paraId="1E4FF3FD" w14:textId="77777777" w:rsidR="00082925" w:rsidRPr="00515AAF" w:rsidRDefault="007112B0">
                  <w:pPr>
                    <w:spacing w:after="86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What was the Blitz?  </w:t>
                  </w:r>
                  <w:r w:rsidRPr="00515AAF">
                    <w:rPr>
                      <w:sz w:val="20"/>
                      <w:szCs w:val="28"/>
                    </w:rPr>
                    <w:t>A campaign of German bombing that damaged British cities, homes and workplaces. Civilians had to shelter during air raids.</w:t>
                  </w:r>
                </w:p>
                <w:p w14:paraId="7C4FEE46" w14:textId="77777777" w:rsidR="00082925" w:rsidRPr="00515AAF" w:rsidRDefault="007112B0">
                  <w:pPr>
                    <w:spacing w:after="86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Why were children evacuated?  </w:t>
                  </w:r>
                  <w:r w:rsidRPr="00515AAF">
                    <w:rPr>
                      <w:sz w:val="20"/>
                      <w:szCs w:val="28"/>
                    </w:rPr>
                    <w:t>Many were moved away from cities to reduce the danger from bombing. Their experiences could be very different.</w:t>
                  </w:r>
                </w:p>
                <w:p w14:paraId="2174EA91" w14:textId="77777777" w:rsidR="00082925" w:rsidRPr="00515AAF" w:rsidRDefault="007112B0">
                  <w:pPr>
                    <w:spacing w:after="86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How did women’s lives change?  </w:t>
                  </w:r>
                  <w:r w:rsidRPr="00515AAF">
                    <w:rPr>
                      <w:sz w:val="20"/>
                      <w:szCs w:val="28"/>
                    </w:rPr>
                    <w:t>Many women took on new wartime jobs in factories, transport, farming and the armed services.</w:t>
                  </w:r>
                </w:p>
                <w:p w14:paraId="1D578F53" w14:textId="77777777" w:rsidR="00082925" w:rsidRPr="00515AAF" w:rsidRDefault="007112B0" w:rsidP="00515AAF">
                  <w:pPr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How do we know about the war?  </w:t>
                  </w:r>
                  <w:r w:rsidRPr="00515AAF">
                    <w:rPr>
                      <w:sz w:val="20"/>
                      <w:szCs w:val="28"/>
                    </w:rPr>
                    <w:t>Photographs, posters, speeches and personal accounts show different experiences and viewpoints.</w:t>
                  </w:r>
                </w:p>
              </w:tc>
            </w:tr>
          </w:tbl>
          <w:p w14:paraId="0FCD7904" w14:textId="77777777" w:rsidR="00082925" w:rsidRPr="00515AAF" w:rsidRDefault="00082925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A838B6" w14:textId="77777777" w:rsidR="00082925" w:rsidRPr="00515AAF" w:rsidRDefault="00082925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94890A" w14:textId="1DFBCFF9" w:rsidR="00082925" w:rsidRPr="00515AAF" w:rsidRDefault="00082925">
            <w:pPr>
              <w:rPr>
                <w:rFonts w:hint="eastAsia"/>
                <w:sz w:val="8"/>
                <w:szCs w:val="12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082925" w:rsidRPr="00515AAF" w14:paraId="6E77EC4E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055A2631" w14:textId="77777777" w:rsidR="00082925" w:rsidRPr="00515AAF" w:rsidRDefault="007112B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082925" w:rsidRPr="00515AAF" w14:paraId="0D4D9DD4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09B1699F" w14:textId="77777777" w:rsidR="00082925" w:rsidRPr="00515AAF" w:rsidRDefault="007112B0">
                  <w:pPr>
                    <w:spacing w:after="70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Appeasement  </w:t>
                  </w:r>
                  <w:r w:rsidRPr="00515AAF">
                    <w:rPr>
                      <w:sz w:val="20"/>
                      <w:szCs w:val="28"/>
                    </w:rPr>
                    <w:t>making concessions to try to avoid war</w:t>
                  </w:r>
                </w:p>
                <w:p w14:paraId="762DA0D8" w14:textId="77777777" w:rsidR="00082925" w:rsidRPr="00515AAF" w:rsidRDefault="007112B0">
                  <w:pPr>
                    <w:spacing w:after="70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Allies  </w:t>
                  </w:r>
                  <w:r w:rsidRPr="00515AAF">
                    <w:rPr>
                      <w:sz w:val="20"/>
                      <w:szCs w:val="28"/>
                    </w:rPr>
                    <w:t>countries fighting against the Axis powers</w:t>
                  </w:r>
                </w:p>
                <w:p w14:paraId="4F80857D" w14:textId="77777777" w:rsidR="00082925" w:rsidRPr="00515AAF" w:rsidRDefault="007112B0">
                  <w:pPr>
                    <w:spacing w:after="70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Axis powers  </w:t>
                  </w:r>
                  <w:r w:rsidRPr="00515AAF">
                    <w:rPr>
                      <w:sz w:val="20"/>
                      <w:szCs w:val="28"/>
                    </w:rPr>
                    <w:t>countries including Germany, Italy and Japan</w:t>
                  </w:r>
                </w:p>
                <w:p w14:paraId="108DF28A" w14:textId="77777777" w:rsidR="00082925" w:rsidRPr="00515AAF" w:rsidRDefault="007112B0">
                  <w:pPr>
                    <w:spacing w:after="70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British Empire  </w:t>
                  </w:r>
                  <w:r w:rsidRPr="00515AAF">
                    <w:rPr>
                      <w:sz w:val="20"/>
                      <w:szCs w:val="28"/>
                    </w:rPr>
                    <w:t>lands across the world then controlled by Britain</w:t>
                  </w:r>
                </w:p>
                <w:p w14:paraId="309E61B7" w14:textId="77777777" w:rsidR="00082925" w:rsidRPr="00515AAF" w:rsidRDefault="007112B0">
                  <w:pPr>
                    <w:spacing w:after="70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Blitz  </w:t>
                  </w:r>
                  <w:r w:rsidRPr="00515AAF">
                    <w:rPr>
                      <w:sz w:val="20"/>
                      <w:szCs w:val="28"/>
                    </w:rPr>
                    <w:t>German bombing attacks on British towns and cities</w:t>
                  </w:r>
                </w:p>
                <w:p w14:paraId="47176B31" w14:textId="77777777" w:rsidR="00082925" w:rsidRPr="00515AAF" w:rsidRDefault="007112B0">
                  <w:pPr>
                    <w:spacing w:after="70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Evacuation  </w:t>
                  </w:r>
                  <w:r w:rsidRPr="00515AAF">
                    <w:rPr>
                      <w:sz w:val="20"/>
                      <w:szCs w:val="28"/>
                    </w:rPr>
                    <w:t>moving people away from danger</w:t>
                  </w:r>
                </w:p>
                <w:p w14:paraId="68781C1A" w14:textId="77777777" w:rsidR="00082925" w:rsidRPr="00515AAF" w:rsidRDefault="007112B0">
                  <w:pPr>
                    <w:spacing w:after="70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Home front  </w:t>
                  </w:r>
                  <w:r w:rsidRPr="00515AAF">
                    <w:rPr>
                      <w:sz w:val="20"/>
                      <w:szCs w:val="28"/>
                    </w:rPr>
                    <w:t>civilian life and work during a war</w:t>
                  </w:r>
                </w:p>
                <w:p w14:paraId="62DB0176" w14:textId="77777777" w:rsidR="00082925" w:rsidRPr="00515AAF" w:rsidRDefault="007112B0">
                  <w:pPr>
                    <w:spacing w:after="70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Propaganda  </w:t>
                  </w:r>
                  <w:r w:rsidRPr="00515AAF">
                    <w:rPr>
                      <w:sz w:val="20"/>
                      <w:szCs w:val="28"/>
                    </w:rPr>
                    <w:t>information designed to influence opinions</w:t>
                  </w:r>
                </w:p>
                <w:p w14:paraId="06D3FAEA" w14:textId="77777777" w:rsidR="00082925" w:rsidRPr="00515AAF" w:rsidRDefault="007112B0">
                  <w:pPr>
                    <w:spacing w:after="70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972044"/>
                      <w:sz w:val="20"/>
                      <w:szCs w:val="28"/>
                    </w:rPr>
                    <w:t xml:space="preserve">Primary source  </w:t>
                  </w:r>
                  <w:r w:rsidRPr="00515AAF">
                    <w:rPr>
                      <w:sz w:val="20"/>
                      <w:szCs w:val="28"/>
                    </w:rPr>
                    <w:t>evidence produced at the time</w:t>
                  </w:r>
                </w:p>
              </w:tc>
            </w:tr>
          </w:tbl>
          <w:p w14:paraId="75AC980B" w14:textId="32FF1CF1" w:rsidR="00082925" w:rsidRPr="00515AAF" w:rsidRDefault="00082925">
            <w:pPr>
              <w:rPr>
                <w:rFonts w:hint="eastAsia"/>
                <w:sz w:val="8"/>
                <w:szCs w:val="12"/>
              </w:rPr>
            </w:pPr>
          </w:p>
          <w:p w14:paraId="7951C984" w14:textId="77777777" w:rsidR="00082925" w:rsidRPr="00515AAF" w:rsidRDefault="007112B0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515AAF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082925" w:rsidRPr="00515AAF" w14:paraId="6B4D6009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51ACBFF8" w14:textId="77777777" w:rsidR="00082925" w:rsidRPr="00515AAF" w:rsidRDefault="007112B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082925" w:rsidRPr="00515AAF" w14:paraId="109BC3BD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126A3C66" w14:textId="77777777" w:rsidR="00082925" w:rsidRPr="00515AAF" w:rsidRDefault="007112B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15AAF">
                    <w:rPr>
                      <w:sz w:val="22"/>
                      <w:szCs w:val="28"/>
                    </w:rPr>
                    <w:t>Posters, photographs, speeches and eyewitness accounts give different views. Ask who produced each source and why.</w:t>
                  </w:r>
                </w:p>
              </w:tc>
            </w:tr>
          </w:tbl>
          <w:p w14:paraId="42B0E35B" w14:textId="77777777" w:rsidR="00082925" w:rsidRPr="00515AAF" w:rsidRDefault="00082925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32E65948" w14:textId="77777777" w:rsidR="00082925" w:rsidRPr="00515AAF" w:rsidRDefault="007112B0">
      <w:pPr>
        <w:spacing w:line="120" w:lineRule="auto"/>
        <w:rPr>
          <w:rFonts w:hint="eastAsia"/>
          <w:sz w:val="22"/>
          <w:szCs w:val="28"/>
        </w:rPr>
      </w:pPr>
      <w:r w:rsidRPr="00515AAF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082925" w:rsidRPr="00515AAF" w14:paraId="07CB623A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49FBE61D" w14:textId="77777777" w:rsidR="00082925" w:rsidRPr="00515AAF" w:rsidRDefault="007112B0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b/>
                <w:color w:val="CB2652"/>
                <w:sz w:val="22"/>
                <w:szCs w:val="28"/>
              </w:rPr>
              <w:t>CAUSE &amp; CONFLICT</w:t>
            </w:r>
          </w:p>
          <w:p w14:paraId="5FB7C0E6" w14:textId="77777777" w:rsidR="00082925" w:rsidRPr="00515AAF" w:rsidRDefault="007112B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sz w:val="20"/>
                <w:szCs w:val="28"/>
              </w:rPr>
              <w:t>Appeasement • Allies • Axis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277013A5" w14:textId="77777777" w:rsidR="00082925" w:rsidRPr="00515AAF" w:rsidRDefault="007112B0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b/>
                <w:color w:val="8D6700"/>
                <w:sz w:val="22"/>
                <w:szCs w:val="28"/>
              </w:rPr>
              <w:t>EMPIRE &amp; CONTRIBUTION</w:t>
            </w:r>
          </w:p>
          <w:p w14:paraId="11AE5D7D" w14:textId="77777777" w:rsidR="00082925" w:rsidRPr="00515AAF" w:rsidRDefault="007112B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sz w:val="20"/>
                <w:szCs w:val="28"/>
              </w:rPr>
              <w:t>Global war • Empire forces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69452EE4" w14:textId="77777777" w:rsidR="00082925" w:rsidRPr="00515AAF" w:rsidRDefault="007112B0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b/>
                <w:color w:val="CB2652"/>
                <w:sz w:val="22"/>
                <w:szCs w:val="28"/>
              </w:rPr>
              <w:t>CHANGE &amp; EXPERIENCE</w:t>
            </w:r>
          </w:p>
          <w:p w14:paraId="1E24E0A8" w14:textId="77777777" w:rsidR="00082925" w:rsidRPr="00515AAF" w:rsidRDefault="007112B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sz w:val="20"/>
                <w:szCs w:val="28"/>
              </w:rPr>
              <w:t>Blitz • evacuees • women</w:t>
            </w:r>
          </w:p>
        </w:tc>
      </w:tr>
    </w:tbl>
    <w:p w14:paraId="208412B4" w14:textId="77777777" w:rsidR="00082925" w:rsidRPr="00515AAF" w:rsidRDefault="007112B0">
      <w:pPr>
        <w:spacing w:line="120" w:lineRule="auto"/>
        <w:rPr>
          <w:rFonts w:hint="eastAsia"/>
          <w:sz w:val="22"/>
          <w:szCs w:val="28"/>
        </w:rPr>
      </w:pPr>
      <w:r w:rsidRPr="00515AAF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082925" w:rsidRPr="00515AAF" w14:paraId="6C32DAE0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05CE4FBF" w14:textId="77777777" w:rsidR="00082925" w:rsidRPr="00515AAF" w:rsidRDefault="007112B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56D60962" w14:textId="77777777" w:rsidR="00082925" w:rsidRPr="00515AAF" w:rsidRDefault="007112B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15AAF">
              <w:rPr>
                <w:sz w:val="20"/>
                <w:szCs w:val="28"/>
              </w:rPr>
              <w:t>Evacuation photographs  •  Wartime posters  •  Speeches  •  Eyewitness accounts</w:t>
            </w:r>
          </w:p>
        </w:tc>
      </w:tr>
    </w:tbl>
    <w:p w14:paraId="7603C140" w14:textId="77777777" w:rsidR="00082925" w:rsidRPr="00515AAF" w:rsidRDefault="007112B0">
      <w:pPr>
        <w:spacing w:before="40" w:line="262" w:lineRule="auto"/>
        <w:rPr>
          <w:rFonts w:hint="eastAsia"/>
          <w:sz w:val="22"/>
          <w:szCs w:val="28"/>
        </w:rPr>
      </w:pPr>
      <w:r w:rsidRPr="00515AAF">
        <w:rPr>
          <w:color w:val="637080"/>
          <w:szCs w:val="28"/>
        </w:rPr>
        <w:t>Link back: revisit Year 4 Codebreakers and Year 5 Windrush; connect this war to the Cold War and Space Race.</w:t>
      </w:r>
    </w:p>
    <w:sectPr w:rsidR="00082925" w:rsidRPr="00515AAF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62230035">
    <w:abstractNumId w:val="8"/>
  </w:num>
  <w:num w:numId="2" w16cid:durableId="1460494716">
    <w:abstractNumId w:val="6"/>
  </w:num>
  <w:num w:numId="3" w16cid:durableId="342587077">
    <w:abstractNumId w:val="5"/>
  </w:num>
  <w:num w:numId="4" w16cid:durableId="368801732">
    <w:abstractNumId w:val="4"/>
  </w:num>
  <w:num w:numId="5" w16cid:durableId="989409474">
    <w:abstractNumId w:val="7"/>
  </w:num>
  <w:num w:numId="6" w16cid:durableId="244144086">
    <w:abstractNumId w:val="3"/>
  </w:num>
  <w:num w:numId="7" w16cid:durableId="1534885167">
    <w:abstractNumId w:val="2"/>
  </w:num>
  <w:num w:numId="8" w16cid:durableId="1569998838">
    <w:abstractNumId w:val="1"/>
  </w:num>
  <w:num w:numId="9" w16cid:durableId="1658921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2925"/>
    <w:rsid w:val="0015074B"/>
    <w:rsid w:val="0029639D"/>
    <w:rsid w:val="00326F90"/>
    <w:rsid w:val="00515AAF"/>
    <w:rsid w:val="0076331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F6771E"/>
  <w14:defaultImageDpi w14:val="300"/>
  <w15:docId w15:val="{074190F9-DA74-4654-A291-20522A885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743D55-9BE7-422E-BA6D-2E26BDE96301}"/>
</file>

<file path=customXml/itemProps3.xml><?xml version="1.0" encoding="utf-8"?>
<ds:datastoreItem xmlns:ds="http://schemas.openxmlformats.org/officeDocument/2006/customXml" ds:itemID="{6E8153E5-DD68-4580-BE45-4D0A80262AF8}"/>
</file>

<file path=customXml/itemProps4.xml><?xml version="1.0" encoding="utf-8"?>
<ds:datastoreItem xmlns:ds="http://schemas.openxmlformats.org/officeDocument/2006/customXml" ds:itemID="{1CBDCEED-5124-44FB-915D-A404049A4D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2026-11-07T00:46:00Z</dcterms:created>
  <dcterms:modified xsi:type="dcterms:W3CDTF">2026-11-07T00:46:00Z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2026-11-07T00:46:21Z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103bf264-122e-467d-89cd-5bacc0dd1091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