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39792D" w:rsidRPr="00AB7A4F" w14:paraId="08613F17" w14:textId="77777777">
        <w:trPr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78AB4A63" w14:textId="25E06456" w:rsidR="0039792D" w:rsidRPr="00AB7A4F" w:rsidRDefault="00AB7A4F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noProof/>
                <w:sz w:val="22"/>
                <w:szCs w:val="28"/>
              </w:rPr>
              <w:drawing>
                <wp:inline distT="0" distB="0" distL="0" distR="0" wp14:anchorId="2C75FFB3" wp14:editId="268AFBCC">
                  <wp:extent cx="1058333" cy="1058333"/>
                  <wp:effectExtent l="0" t="0" r="8890" b="8890"/>
                  <wp:docPr id="12636249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3624925" name="Picture 126362492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402" cy="1060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5E51ADAD" w14:textId="77777777" w:rsidR="0039792D" w:rsidRPr="00AB7A4F" w:rsidRDefault="003C1E47" w:rsidP="00AB7A4F">
            <w:pPr>
              <w:spacing w:after="60" w:line="262" w:lineRule="auto"/>
              <w:rPr>
                <w:rFonts w:hint="eastAsia"/>
                <w:sz w:val="24"/>
                <w:szCs w:val="32"/>
              </w:rPr>
            </w:pPr>
            <w:r w:rsidRPr="00AB7A4F">
              <w:rPr>
                <w:b/>
                <w:color w:val="F5C84B"/>
                <w:sz w:val="24"/>
                <w:szCs w:val="32"/>
              </w:rPr>
              <w:t>YEAR 4  •  HISTORY  •  AUTUMN 1</w:t>
            </w:r>
          </w:p>
          <w:p w14:paraId="7E80AD78" w14:textId="77777777" w:rsidR="0039792D" w:rsidRPr="00AB7A4F" w:rsidRDefault="003C1E47">
            <w:pPr>
              <w:spacing w:line="262" w:lineRule="auto"/>
              <w:rPr>
                <w:rFonts w:hint="eastAsia"/>
                <w:sz w:val="22"/>
                <w:szCs w:val="28"/>
              </w:rPr>
            </w:pPr>
            <w:r w:rsidRPr="00AB7A4F">
              <w:rPr>
                <w:b/>
                <w:color w:val="FFFFFF"/>
                <w:sz w:val="44"/>
                <w:szCs w:val="28"/>
              </w:rPr>
              <w:t>The Romans in Britain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298BDCD1" w14:textId="77777777" w:rsidR="0039792D" w:rsidRPr="00AB7A4F" w:rsidRDefault="003C1E47">
            <w:pPr>
              <w:spacing w:after="60" w:line="262" w:lineRule="auto"/>
              <w:jc w:val="center"/>
              <w:rPr>
                <w:rFonts w:hint="eastAsia"/>
                <w:sz w:val="40"/>
                <w:szCs w:val="40"/>
              </w:rPr>
            </w:pPr>
            <w:r w:rsidRPr="00AB7A4F">
              <w:rPr>
                <w:b/>
                <w:color w:val="972044"/>
                <w:sz w:val="40"/>
                <w:szCs w:val="40"/>
              </w:rPr>
              <w:t>KNOWLEDGE</w:t>
            </w:r>
          </w:p>
          <w:p w14:paraId="75A2FA17" w14:textId="77777777" w:rsidR="0039792D" w:rsidRPr="00AB7A4F" w:rsidRDefault="003C1E47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AB7A4F">
              <w:rPr>
                <w:b/>
                <w:color w:val="972044"/>
                <w:sz w:val="40"/>
                <w:szCs w:val="40"/>
              </w:rPr>
              <w:t>ORGANISER</w:t>
            </w:r>
          </w:p>
        </w:tc>
      </w:tr>
    </w:tbl>
    <w:p w14:paraId="15BE1D37" w14:textId="77777777" w:rsidR="0039792D" w:rsidRPr="00AB7A4F" w:rsidRDefault="003C1E47">
      <w:pPr>
        <w:spacing w:line="120" w:lineRule="auto"/>
        <w:rPr>
          <w:rFonts w:hint="eastAsia"/>
          <w:sz w:val="22"/>
          <w:szCs w:val="28"/>
        </w:rPr>
      </w:pPr>
      <w:r w:rsidRPr="00AB7A4F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39792D" w:rsidRPr="00AB7A4F" w14:paraId="7E6E06E9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397381E0" w14:textId="77777777" w:rsidR="0039792D" w:rsidRPr="00AB7A4F" w:rsidRDefault="003C1E47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AB7A4F">
              <w:rPr>
                <w:b/>
                <w:color w:val="FFFFFF"/>
                <w:sz w:val="20"/>
                <w:szCs w:val="28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1F4A3F60" w14:textId="77777777" w:rsidR="0039792D" w:rsidRPr="00AB7A4F" w:rsidRDefault="003C1E47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AB7A4F">
              <w:rPr>
                <w:b/>
                <w:color w:val="972044"/>
                <w:sz w:val="24"/>
                <w:szCs w:val="28"/>
              </w:rPr>
              <w:t>What impact did the Roman Empire have on Britain?</w:t>
            </w:r>
          </w:p>
        </w:tc>
      </w:tr>
    </w:tbl>
    <w:p w14:paraId="5E0C0BF5" w14:textId="77777777" w:rsidR="0039792D" w:rsidRPr="00AB7A4F" w:rsidRDefault="003C1E47">
      <w:pPr>
        <w:spacing w:line="120" w:lineRule="auto"/>
        <w:rPr>
          <w:rFonts w:hint="eastAsia"/>
          <w:sz w:val="22"/>
          <w:szCs w:val="28"/>
        </w:rPr>
      </w:pPr>
      <w:r w:rsidRPr="00AB7A4F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39792D" w:rsidRPr="00AB7A4F" w14:paraId="6A64CC03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F33A4D3" w14:textId="77777777" w:rsidR="0039792D" w:rsidRPr="00AB7A4F" w:rsidRDefault="0039792D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39792D" w:rsidRPr="00AB7A4F" w14:paraId="1A63EDC8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46FEEE" w14:textId="77777777" w:rsidR="0039792D" w:rsidRPr="00AB7A4F" w:rsidRDefault="003C1E47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0054D975" wp14:editId="52270BBC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oundhouse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AEC6DA" w14:textId="77777777" w:rsidR="0039792D" w:rsidRPr="00AB7A4F" w:rsidRDefault="003C1E47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CB2652"/>
                      <w:sz w:val="22"/>
                      <w:szCs w:val="28"/>
                    </w:rPr>
                    <w:t>IRON AGE BRITAIN</w:t>
                  </w:r>
                </w:p>
                <w:p w14:paraId="350F8398" w14:textId="77777777" w:rsidR="0039792D" w:rsidRPr="00AB7A4F" w:rsidRDefault="003C1E47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sz w:val="20"/>
                      <w:szCs w:val="28"/>
                    </w:rPr>
                    <w:t>Before AD 43</w:t>
                  </w:r>
                </w:p>
                <w:p w14:paraId="2F38355D" w14:textId="77777777" w:rsidR="0039792D" w:rsidRPr="00AB7A4F" w:rsidRDefault="003C1E47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color w:val="637080"/>
                      <w:szCs w:val="28"/>
                    </w:rPr>
                    <w:t>Tribes lived in Britain</w:t>
                  </w:r>
                </w:p>
              </w:tc>
            </w:tr>
          </w:tbl>
          <w:p w14:paraId="06A5BF97" w14:textId="77777777" w:rsidR="0039792D" w:rsidRPr="00AB7A4F" w:rsidRDefault="0039792D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B3C499" w14:textId="77777777" w:rsidR="0039792D" w:rsidRPr="00AB7A4F" w:rsidRDefault="003C1E47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AB7A4F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E89D2A9" w14:textId="77777777" w:rsidR="0039792D" w:rsidRPr="00AB7A4F" w:rsidRDefault="0039792D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39792D" w:rsidRPr="00AB7A4F" w14:paraId="5DD6DAF5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637643" w14:textId="77777777" w:rsidR="0039792D" w:rsidRPr="00AB7A4F" w:rsidRDefault="003C1E47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3EFA1368" wp14:editId="1AC764A2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egionary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BCAC27" w14:textId="77777777" w:rsidR="0039792D" w:rsidRPr="00AB7A4F" w:rsidRDefault="003C1E47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8D6700"/>
                      <w:sz w:val="22"/>
                      <w:szCs w:val="28"/>
                    </w:rPr>
                    <w:t>ROMAN INVASION</w:t>
                  </w:r>
                </w:p>
                <w:p w14:paraId="73251667" w14:textId="77777777" w:rsidR="0039792D" w:rsidRPr="00AB7A4F" w:rsidRDefault="003C1E47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sz w:val="20"/>
                      <w:szCs w:val="28"/>
                    </w:rPr>
                    <w:t>AD 43</w:t>
                  </w:r>
                </w:p>
                <w:p w14:paraId="70D95D22" w14:textId="77777777" w:rsidR="0039792D" w:rsidRPr="00AB7A4F" w:rsidRDefault="003C1E47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color w:val="637080"/>
                      <w:szCs w:val="28"/>
                    </w:rPr>
                    <w:t>Claudius sends the army</w:t>
                  </w:r>
                </w:p>
              </w:tc>
            </w:tr>
          </w:tbl>
          <w:p w14:paraId="169AE1B7" w14:textId="77777777" w:rsidR="0039792D" w:rsidRPr="00AB7A4F" w:rsidRDefault="0039792D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D1F4DC" w14:textId="77777777" w:rsidR="0039792D" w:rsidRPr="00AB7A4F" w:rsidRDefault="003C1E47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AB7A4F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7AB6B6B" w14:textId="77777777" w:rsidR="0039792D" w:rsidRPr="00AB7A4F" w:rsidRDefault="0039792D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39792D" w:rsidRPr="00AB7A4F" w14:paraId="47FD1D71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44DD5C" w14:textId="77777777" w:rsidR="0039792D" w:rsidRPr="00AB7A4F" w:rsidRDefault="003C1E47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6E6C6B3F" wp14:editId="505B4C44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hariot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ECE512" w14:textId="77777777" w:rsidR="0039792D" w:rsidRPr="00AB7A4F" w:rsidRDefault="003C1E47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CB2652"/>
                      <w:sz w:val="22"/>
                      <w:szCs w:val="28"/>
                    </w:rPr>
                    <w:t>BOUDICCA’S REVOLT</w:t>
                  </w:r>
                </w:p>
                <w:p w14:paraId="3D1CA46D" w14:textId="77777777" w:rsidR="0039792D" w:rsidRPr="00AB7A4F" w:rsidRDefault="003C1E47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sz w:val="20"/>
                      <w:szCs w:val="28"/>
                    </w:rPr>
                    <w:t>AD 60/61</w:t>
                  </w:r>
                </w:p>
                <w:p w14:paraId="0EDCCEFB" w14:textId="77777777" w:rsidR="0039792D" w:rsidRPr="00AB7A4F" w:rsidRDefault="003C1E47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color w:val="637080"/>
                      <w:szCs w:val="28"/>
                    </w:rPr>
                    <w:t>Britons resist Roman rule</w:t>
                  </w:r>
                </w:p>
              </w:tc>
            </w:tr>
          </w:tbl>
          <w:p w14:paraId="545F62F9" w14:textId="77777777" w:rsidR="0039792D" w:rsidRPr="00AB7A4F" w:rsidRDefault="0039792D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37F37BF6" w14:textId="77777777" w:rsidR="0039792D" w:rsidRPr="00AB7A4F" w:rsidRDefault="003C1E47">
      <w:pPr>
        <w:spacing w:line="120" w:lineRule="auto"/>
        <w:rPr>
          <w:rFonts w:hint="eastAsia"/>
          <w:sz w:val="22"/>
          <w:szCs w:val="28"/>
        </w:rPr>
      </w:pPr>
      <w:r w:rsidRPr="00AB7A4F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39792D" w:rsidRPr="00AB7A4F" w14:paraId="25939B73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E76349" w14:textId="77777777" w:rsidR="0039792D" w:rsidRPr="00AB7A4F" w:rsidRDefault="0039792D">
            <w:pPr>
              <w:rPr>
                <w:rFonts w:hint="eastAsia"/>
                <w:sz w:val="4"/>
                <w:szCs w:val="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39792D" w:rsidRPr="00AB7A4F" w14:paraId="01C9CBC1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51D8B5F8" w14:textId="77777777" w:rsidR="0039792D" w:rsidRPr="00AB7A4F" w:rsidRDefault="003C1E47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39792D" w:rsidRPr="00AB7A4F" w14:paraId="3D19E15A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359A6ABA" w14:textId="77777777" w:rsidR="0039792D" w:rsidRPr="00AB7A4F" w:rsidRDefault="003C1E47">
                  <w:pPr>
                    <w:spacing w:after="124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2"/>
                      <w:szCs w:val="28"/>
                    </w:rPr>
                    <w:t xml:space="preserve">What was Britain like before the Romans?  </w:t>
                  </w:r>
                  <w:r w:rsidRPr="00AB7A4F">
                    <w:rPr>
                      <w:sz w:val="22"/>
                      <w:szCs w:val="28"/>
                    </w:rPr>
                    <w:t>In Iron Age Britain, people lived in tribal communities with their own leaders.</w:t>
                  </w:r>
                </w:p>
                <w:p w14:paraId="7FFD4393" w14:textId="77777777" w:rsidR="0039792D" w:rsidRPr="00AB7A4F" w:rsidRDefault="003C1E47">
                  <w:pPr>
                    <w:spacing w:after="124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2"/>
                      <w:szCs w:val="28"/>
                    </w:rPr>
                    <w:t xml:space="preserve">What is an empire?  </w:t>
                  </w:r>
                  <w:r w:rsidRPr="00AB7A4F">
                    <w:rPr>
                      <w:sz w:val="22"/>
                      <w:szCs w:val="28"/>
                    </w:rPr>
                    <w:t>An area of land made up of different places ruled by one state or ruler.</w:t>
                  </w:r>
                </w:p>
                <w:p w14:paraId="321665B9" w14:textId="77777777" w:rsidR="0039792D" w:rsidRPr="00AB7A4F" w:rsidRDefault="003C1E47">
                  <w:pPr>
                    <w:spacing w:after="124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2"/>
                      <w:szCs w:val="28"/>
                    </w:rPr>
                    <w:t xml:space="preserve">Why did Rome invade Britain?  </w:t>
                  </w:r>
                  <w:r w:rsidRPr="00AB7A4F">
                    <w:rPr>
                      <w:sz w:val="22"/>
                      <w:szCs w:val="28"/>
                    </w:rPr>
                    <w:t>The Romans wanted to expand their empire and gain land, crops and valuable resources.</w:t>
                  </w:r>
                </w:p>
                <w:p w14:paraId="204945D9" w14:textId="77777777" w:rsidR="0039792D" w:rsidRPr="00AB7A4F" w:rsidRDefault="003C1E47">
                  <w:pPr>
                    <w:spacing w:after="124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2"/>
                      <w:szCs w:val="28"/>
                    </w:rPr>
                    <w:t xml:space="preserve">How did the Romans conquer Britain?  </w:t>
                  </w:r>
                  <w:r w:rsidRPr="00AB7A4F">
                    <w:rPr>
                      <w:sz w:val="22"/>
                      <w:szCs w:val="28"/>
                    </w:rPr>
                    <w:t>Their well-trained, organised army used strong equipment and battle formations.</w:t>
                  </w:r>
                </w:p>
                <w:p w14:paraId="36094EEE" w14:textId="77777777" w:rsidR="0039792D" w:rsidRPr="00AB7A4F" w:rsidRDefault="003C1E47">
                  <w:pPr>
                    <w:spacing w:after="124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2"/>
                      <w:szCs w:val="28"/>
                    </w:rPr>
                    <w:t xml:space="preserve">Who was Boudicca?  </w:t>
                  </w:r>
                  <w:r w:rsidRPr="00AB7A4F">
                    <w:rPr>
                      <w:sz w:val="22"/>
                      <w:szCs w:val="28"/>
                    </w:rPr>
                    <w:t>A leader who resisted Roman rule and led a revolt against the Romans.</w:t>
                  </w:r>
                </w:p>
                <w:p w14:paraId="1E25C3AD" w14:textId="77777777" w:rsidR="0039792D" w:rsidRPr="00AB7A4F" w:rsidRDefault="003C1E47">
                  <w:pPr>
                    <w:spacing w:after="124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2"/>
                      <w:szCs w:val="28"/>
                    </w:rPr>
                    <w:t xml:space="preserve">How did Roman rule change Britain?  </w:t>
                  </w:r>
                  <w:r w:rsidRPr="00AB7A4F">
                    <w:rPr>
                      <w:sz w:val="22"/>
                      <w:szCs w:val="28"/>
                    </w:rPr>
                    <w:t>Romans built roads and towns, including Londinium (London) and Eboracum (York), and public buildings such as baths.</w:t>
                  </w:r>
                </w:p>
                <w:p w14:paraId="29D074B4" w14:textId="77777777" w:rsidR="0039792D" w:rsidRPr="00AB7A4F" w:rsidRDefault="003C1E47" w:rsidP="00AB7A4F">
                  <w:pPr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2"/>
                      <w:szCs w:val="28"/>
                    </w:rPr>
                    <w:t xml:space="preserve">What is the Roman legacy?  </w:t>
                  </w:r>
                  <w:r w:rsidRPr="00AB7A4F">
                    <w:rPr>
                      <w:sz w:val="22"/>
                      <w:szCs w:val="28"/>
                    </w:rPr>
                    <w:t>Roads, towns and remains from Roman Britain still influence how we live and help us learn about the past.</w:t>
                  </w:r>
                </w:p>
              </w:tc>
            </w:tr>
          </w:tbl>
          <w:p w14:paraId="24E709DF" w14:textId="77777777" w:rsidR="0039792D" w:rsidRPr="00AB7A4F" w:rsidRDefault="0039792D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727120" w14:textId="77777777" w:rsidR="0039792D" w:rsidRPr="00AB7A4F" w:rsidRDefault="0039792D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6AAC8C" w14:textId="77777777" w:rsidR="0039792D" w:rsidRPr="00AB7A4F" w:rsidRDefault="0039792D">
            <w:pPr>
              <w:rPr>
                <w:rFonts w:hint="eastAsia"/>
                <w:sz w:val="8"/>
                <w:szCs w:val="12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39792D" w:rsidRPr="00AB7A4F" w14:paraId="706AD9F1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726A3B1E" w14:textId="77777777" w:rsidR="0039792D" w:rsidRPr="00AB7A4F" w:rsidRDefault="003C1E47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39792D" w:rsidRPr="00AB7A4F" w14:paraId="6577DC80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4E37F00E" w14:textId="77777777" w:rsidR="0039792D" w:rsidRPr="00AB7A4F" w:rsidRDefault="003C1E47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0"/>
                      <w:szCs w:val="28"/>
                    </w:rPr>
                    <w:t xml:space="preserve">Empire  </w:t>
                  </w:r>
                  <w:r w:rsidRPr="00AB7A4F">
                    <w:rPr>
                      <w:sz w:val="20"/>
                      <w:szCs w:val="28"/>
                    </w:rPr>
                    <w:t>lands controlled by one ruler or state</w:t>
                  </w:r>
                </w:p>
                <w:p w14:paraId="53012C84" w14:textId="77777777" w:rsidR="0039792D" w:rsidRPr="00AB7A4F" w:rsidRDefault="003C1E47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0"/>
                      <w:szCs w:val="28"/>
                    </w:rPr>
                    <w:t xml:space="preserve">Invasion  </w:t>
                  </w:r>
                  <w:r w:rsidRPr="00AB7A4F">
                    <w:rPr>
                      <w:sz w:val="20"/>
                      <w:szCs w:val="28"/>
                    </w:rPr>
                    <w:t>entering a place to take control by force</w:t>
                  </w:r>
                </w:p>
                <w:p w14:paraId="6F159F37" w14:textId="77777777" w:rsidR="0039792D" w:rsidRPr="00AB7A4F" w:rsidRDefault="003C1E47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0"/>
                      <w:szCs w:val="28"/>
                    </w:rPr>
                    <w:t xml:space="preserve">Conquest  </w:t>
                  </w:r>
                  <w:r w:rsidRPr="00AB7A4F">
                    <w:rPr>
                      <w:sz w:val="20"/>
                      <w:szCs w:val="28"/>
                    </w:rPr>
                    <w:t>taking control of land by force</w:t>
                  </w:r>
                </w:p>
                <w:p w14:paraId="2B89E3F6" w14:textId="77777777" w:rsidR="0039792D" w:rsidRPr="00AB7A4F" w:rsidRDefault="003C1E47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0"/>
                      <w:szCs w:val="28"/>
                    </w:rPr>
                    <w:t xml:space="preserve">Legionary  </w:t>
                  </w:r>
                  <w:r w:rsidRPr="00AB7A4F">
                    <w:rPr>
                      <w:sz w:val="20"/>
                      <w:szCs w:val="28"/>
                    </w:rPr>
                    <w:t>a soldier in the Roman army</w:t>
                  </w:r>
                </w:p>
                <w:p w14:paraId="63FB2C42" w14:textId="77777777" w:rsidR="0039792D" w:rsidRPr="00AB7A4F" w:rsidRDefault="003C1E47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0"/>
                      <w:szCs w:val="28"/>
                    </w:rPr>
                    <w:t xml:space="preserve">Emperor  </w:t>
                  </w:r>
                  <w:r w:rsidRPr="00AB7A4F">
                    <w:rPr>
                      <w:sz w:val="20"/>
                      <w:szCs w:val="28"/>
                    </w:rPr>
                    <w:t>the ruler of the Roman Empire</w:t>
                  </w:r>
                </w:p>
                <w:p w14:paraId="35DDBC4A" w14:textId="77777777" w:rsidR="0039792D" w:rsidRPr="00AB7A4F" w:rsidRDefault="003C1E47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0"/>
                      <w:szCs w:val="28"/>
                    </w:rPr>
                    <w:t xml:space="preserve">Resistance  </w:t>
                  </w:r>
                  <w:r w:rsidRPr="00AB7A4F">
                    <w:rPr>
                      <w:sz w:val="20"/>
                      <w:szCs w:val="28"/>
                    </w:rPr>
                    <w:t>fighting or standing against control</w:t>
                  </w:r>
                </w:p>
                <w:p w14:paraId="168D3455" w14:textId="77777777" w:rsidR="0039792D" w:rsidRPr="00AB7A4F" w:rsidRDefault="003C1E47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0"/>
                      <w:szCs w:val="28"/>
                    </w:rPr>
                    <w:t xml:space="preserve">Source  </w:t>
                  </w:r>
                  <w:r w:rsidRPr="00AB7A4F">
                    <w:rPr>
                      <w:sz w:val="20"/>
                      <w:szCs w:val="28"/>
                    </w:rPr>
                    <w:t>evidence we can use to learn about the past</w:t>
                  </w:r>
                </w:p>
                <w:p w14:paraId="421D655D" w14:textId="77777777" w:rsidR="0039792D" w:rsidRPr="00AB7A4F" w:rsidRDefault="003C1E47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0"/>
                      <w:szCs w:val="28"/>
                    </w:rPr>
                    <w:t xml:space="preserve">Legacy  </w:t>
                  </w:r>
                  <w:r w:rsidRPr="00AB7A4F">
                    <w:rPr>
                      <w:sz w:val="20"/>
                      <w:szCs w:val="28"/>
                    </w:rPr>
                    <w:t>something left from the past that still matters</w:t>
                  </w:r>
                </w:p>
                <w:p w14:paraId="7CC67B5F" w14:textId="77777777" w:rsidR="0039792D" w:rsidRPr="00AB7A4F" w:rsidRDefault="003C1E47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972044"/>
                      <w:sz w:val="20"/>
                      <w:szCs w:val="28"/>
                    </w:rPr>
                    <w:t xml:space="preserve">Public baths  </w:t>
                  </w:r>
                  <w:r w:rsidRPr="00AB7A4F">
                    <w:rPr>
                      <w:sz w:val="20"/>
                      <w:szCs w:val="28"/>
                    </w:rPr>
                    <w:t>places where Romans washed and met others</w:t>
                  </w:r>
                </w:p>
              </w:tc>
            </w:tr>
          </w:tbl>
          <w:p w14:paraId="42531768" w14:textId="77777777" w:rsidR="0039792D" w:rsidRPr="00AB7A4F" w:rsidRDefault="0039792D">
            <w:pPr>
              <w:rPr>
                <w:rFonts w:hint="eastAsia"/>
                <w:sz w:val="12"/>
                <w:szCs w:val="16"/>
              </w:rPr>
            </w:pPr>
          </w:p>
          <w:p w14:paraId="08B5C2C2" w14:textId="77777777" w:rsidR="0039792D" w:rsidRPr="00AB7A4F" w:rsidRDefault="003C1E47">
            <w:pPr>
              <w:spacing w:line="48" w:lineRule="auto"/>
              <w:rPr>
                <w:rFonts w:hint="eastAsia"/>
                <w:sz w:val="22"/>
                <w:szCs w:val="28"/>
              </w:rPr>
            </w:pPr>
            <w:r w:rsidRPr="00AB7A4F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39792D" w:rsidRPr="00AB7A4F" w14:paraId="6FE79831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3FFD3503" w14:textId="77777777" w:rsidR="0039792D" w:rsidRPr="00AB7A4F" w:rsidRDefault="003C1E47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39792D" w:rsidRPr="00AB7A4F" w14:paraId="34AC5DD6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22C6836B" w14:textId="77777777" w:rsidR="0039792D" w:rsidRPr="00AB7A4F" w:rsidRDefault="003C1E47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AB7A4F">
                    <w:rPr>
                      <w:sz w:val="22"/>
                      <w:szCs w:val="28"/>
                    </w:rPr>
                    <w:t>Accounts of Boudicca can differ. Ask who created each source and when.</w:t>
                  </w:r>
                </w:p>
              </w:tc>
            </w:tr>
          </w:tbl>
          <w:p w14:paraId="5398BCE6" w14:textId="77777777" w:rsidR="0039792D" w:rsidRPr="00AB7A4F" w:rsidRDefault="0039792D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2ABF40BA" w14:textId="77777777" w:rsidR="0039792D" w:rsidRPr="00AB7A4F" w:rsidRDefault="003C1E47">
      <w:pPr>
        <w:spacing w:line="120" w:lineRule="auto"/>
        <w:rPr>
          <w:rFonts w:hint="eastAsia"/>
          <w:sz w:val="22"/>
          <w:szCs w:val="28"/>
        </w:rPr>
      </w:pPr>
      <w:r w:rsidRPr="00AB7A4F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39792D" w:rsidRPr="00AB7A4F" w14:paraId="165BA234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0622F105" w14:textId="77777777" w:rsidR="0039792D" w:rsidRPr="00AB7A4F" w:rsidRDefault="003C1E47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AB7A4F">
              <w:rPr>
                <w:b/>
                <w:color w:val="CB2652"/>
                <w:sz w:val="22"/>
                <w:szCs w:val="28"/>
              </w:rPr>
              <w:t>EMPIRE &amp; CONQUEST</w:t>
            </w:r>
          </w:p>
          <w:p w14:paraId="0585114E" w14:textId="77777777" w:rsidR="0039792D" w:rsidRPr="00AB7A4F" w:rsidRDefault="003C1E47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AB7A4F">
              <w:rPr>
                <w:sz w:val="20"/>
                <w:szCs w:val="28"/>
              </w:rPr>
              <w:t>Invasion • army • control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5CF5918F" w14:textId="77777777" w:rsidR="0039792D" w:rsidRPr="00AB7A4F" w:rsidRDefault="003C1E47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AB7A4F">
              <w:rPr>
                <w:b/>
                <w:color w:val="8D6700"/>
                <w:sz w:val="22"/>
                <w:szCs w:val="28"/>
              </w:rPr>
              <w:t>CHANGE IN BRITAIN</w:t>
            </w:r>
          </w:p>
          <w:p w14:paraId="53DE0BF1" w14:textId="77777777" w:rsidR="0039792D" w:rsidRPr="00AB7A4F" w:rsidRDefault="003C1E47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AB7A4F">
              <w:rPr>
                <w:sz w:val="20"/>
                <w:szCs w:val="28"/>
              </w:rPr>
              <w:t>Roads • towns • public baths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087CF319" w14:textId="77777777" w:rsidR="0039792D" w:rsidRPr="00AB7A4F" w:rsidRDefault="003C1E47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AB7A4F">
              <w:rPr>
                <w:b/>
                <w:color w:val="CB2652"/>
                <w:sz w:val="22"/>
                <w:szCs w:val="28"/>
              </w:rPr>
              <w:t>RESISTANCE &amp; LEGACY</w:t>
            </w:r>
          </w:p>
          <w:p w14:paraId="3C86B1B1" w14:textId="77777777" w:rsidR="0039792D" w:rsidRPr="00AB7A4F" w:rsidRDefault="003C1E47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AB7A4F">
              <w:rPr>
                <w:sz w:val="20"/>
                <w:szCs w:val="28"/>
              </w:rPr>
              <w:t>Boudicca • different views • today</w:t>
            </w:r>
          </w:p>
        </w:tc>
      </w:tr>
    </w:tbl>
    <w:p w14:paraId="546A62A1" w14:textId="77777777" w:rsidR="0039792D" w:rsidRPr="00AB7A4F" w:rsidRDefault="003C1E47">
      <w:pPr>
        <w:spacing w:line="120" w:lineRule="auto"/>
        <w:rPr>
          <w:rFonts w:hint="eastAsia"/>
          <w:sz w:val="22"/>
          <w:szCs w:val="28"/>
        </w:rPr>
      </w:pPr>
      <w:r w:rsidRPr="00AB7A4F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39792D" w:rsidRPr="00AB7A4F" w14:paraId="129B5138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1056AE1B" w14:textId="77777777" w:rsidR="0039792D" w:rsidRPr="00AB7A4F" w:rsidRDefault="003C1E47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AB7A4F">
              <w:rPr>
                <w:b/>
                <w:color w:val="972044"/>
                <w:sz w:val="20"/>
                <w:szCs w:val="28"/>
              </w:rPr>
              <w:lastRenderedPageBreak/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6861FFB2" w14:textId="77777777" w:rsidR="0039792D" w:rsidRPr="00AB7A4F" w:rsidRDefault="003C1E47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AB7A4F">
              <w:rPr>
                <w:sz w:val="20"/>
                <w:szCs w:val="28"/>
              </w:rPr>
              <w:t>Roman accounts of Boudicca  •  Maps of Roman roads and towns  •  Soldier equipment</w:t>
            </w:r>
          </w:p>
        </w:tc>
      </w:tr>
    </w:tbl>
    <w:p w14:paraId="6B8786FD" w14:textId="4075E7A2" w:rsidR="0039792D" w:rsidRPr="00AB7A4F" w:rsidRDefault="0039792D">
      <w:pPr>
        <w:spacing w:before="40" w:line="262" w:lineRule="auto"/>
        <w:rPr>
          <w:rFonts w:hint="eastAsia"/>
          <w:sz w:val="22"/>
          <w:szCs w:val="28"/>
        </w:rPr>
      </w:pPr>
    </w:p>
    <w:sectPr w:rsidR="0039792D" w:rsidRPr="00AB7A4F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02405289">
    <w:abstractNumId w:val="8"/>
  </w:num>
  <w:num w:numId="2" w16cid:durableId="2033262697">
    <w:abstractNumId w:val="6"/>
  </w:num>
  <w:num w:numId="3" w16cid:durableId="418061891">
    <w:abstractNumId w:val="5"/>
  </w:num>
  <w:num w:numId="4" w16cid:durableId="1349061058">
    <w:abstractNumId w:val="4"/>
  </w:num>
  <w:num w:numId="5" w16cid:durableId="953169894">
    <w:abstractNumId w:val="7"/>
  </w:num>
  <w:num w:numId="6" w16cid:durableId="1665620537">
    <w:abstractNumId w:val="3"/>
  </w:num>
  <w:num w:numId="7" w16cid:durableId="1193761356">
    <w:abstractNumId w:val="2"/>
  </w:num>
  <w:num w:numId="8" w16cid:durableId="2088190861">
    <w:abstractNumId w:val="1"/>
  </w:num>
  <w:num w:numId="9" w16cid:durableId="966356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9792D"/>
    <w:rsid w:val="00AA1D8D"/>
    <w:rsid w:val="00AB7A4F"/>
    <w:rsid w:val="00B47730"/>
    <w:rsid w:val="00B523B2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A1429E"/>
  <w14:defaultImageDpi w14:val="300"/>
  <w15:docId w15:val="{A50F6551-3239-449A-AB39-1FF56402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8DBD3A-F740-4EC7-9D9E-3FBE3C57CE08}"/>
</file>

<file path=customXml/itemProps3.xml><?xml version="1.0" encoding="utf-8"?>
<ds:datastoreItem xmlns:ds="http://schemas.openxmlformats.org/officeDocument/2006/customXml" ds:itemID="{71A75D84-D921-4129-84EC-F9D06BD7218E}"/>
</file>

<file path=customXml/itemProps4.xml><?xml version="1.0" encoding="utf-8"?>
<ds:datastoreItem xmlns:ds="http://schemas.openxmlformats.org/officeDocument/2006/customXml" ds:itemID="{7C8BD053-F5C2-47E5-B030-3EF0CDAFED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2026-11-07T00:06:00Z</dcterms:created>
  <dcterms:modified xsi:type="dcterms:W3CDTF">2026-11-07T00:06:00Z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2026-11-07T00:06:54Z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f57342c6-d50c-4aef-ae2a-637e9628ce5c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