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967641" w:rsidRPr="0056721C" w14:paraId="35D11E1E" w14:textId="77777777" w:rsidTr="0056721C">
        <w:trPr>
          <w:trHeight w:val="1205"/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AB1CAF2" w14:textId="7D4181A4" w:rsidR="00967641" w:rsidRPr="0056721C" w:rsidRDefault="0056721C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2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231076C5" wp14:editId="4717A76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-297180</wp:posOffset>
                  </wp:positionV>
                  <wp:extent cx="1028700" cy="1028700"/>
                  <wp:effectExtent l="0" t="0" r="0" b="0"/>
                  <wp:wrapThrough wrapText="bothSides">
                    <wp:wrapPolygon edited="0">
                      <wp:start x="9600" y="0"/>
                      <wp:lineTo x="1200" y="2000"/>
                      <wp:lineTo x="0" y="2800"/>
                      <wp:lineTo x="1200" y="13600"/>
                      <wp:lineTo x="5600" y="19200"/>
                      <wp:lineTo x="9200" y="21200"/>
                      <wp:lineTo x="9600" y="21200"/>
                      <wp:lineTo x="11600" y="21200"/>
                      <wp:lineTo x="12000" y="21200"/>
                      <wp:lineTo x="15600" y="19200"/>
                      <wp:lineTo x="20000" y="13600"/>
                      <wp:lineTo x="21200" y="2800"/>
                      <wp:lineTo x="20000" y="2000"/>
                      <wp:lineTo x="11600" y="0"/>
                      <wp:lineTo x="9600" y="0"/>
                    </wp:wrapPolygon>
                  </wp:wrapThrough>
                  <wp:docPr id="16216853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685360" name="Picture 162168536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1C387D8" w14:textId="77777777" w:rsidR="00967641" w:rsidRPr="0056721C" w:rsidRDefault="00FB503F">
            <w:pPr>
              <w:spacing w:after="60" w:line="262" w:lineRule="auto"/>
              <w:rPr>
                <w:rFonts w:hint="eastAsia"/>
                <w:sz w:val="28"/>
                <w:szCs w:val="36"/>
              </w:rPr>
            </w:pPr>
            <w:r w:rsidRPr="0056721C">
              <w:rPr>
                <w:b/>
                <w:color w:val="F5C84B"/>
                <w:sz w:val="28"/>
                <w:szCs w:val="36"/>
              </w:rPr>
              <w:t>YEAR 4  •  HISTORY  •  SUMMER 2</w:t>
            </w:r>
          </w:p>
          <w:p w14:paraId="053F52D2" w14:textId="77777777" w:rsidR="00967641" w:rsidRPr="0056721C" w:rsidRDefault="00FB503F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FFFFFF"/>
                <w:sz w:val="44"/>
                <w:szCs w:val="28"/>
              </w:rPr>
              <w:t>Anglo-Saxons and Vikings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9590499" w14:textId="77777777" w:rsidR="00967641" w:rsidRPr="0056721C" w:rsidRDefault="00FB503F">
            <w:pPr>
              <w:spacing w:after="60" w:line="262" w:lineRule="auto"/>
              <w:jc w:val="center"/>
              <w:rPr>
                <w:rFonts w:hint="eastAsia"/>
                <w:sz w:val="40"/>
                <w:szCs w:val="40"/>
              </w:rPr>
            </w:pPr>
            <w:r w:rsidRPr="0056721C">
              <w:rPr>
                <w:b/>
                <w:color w:val="972044"/>
                <w:sz w:val="40"/>
                <w:szCs w:val="40"/>
              </w:rPr>
              <w:t>KNOWLEDGE</w:t>
            </w:r>
          </w:p>
          <w:p w14:paraId="17125845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972044"/>
                <w:sz w:val="40"/>
                <w:szCs w:val="40"/>
              </w:rPr>
              <w:t>ORGANISER</w:t>
            </w:r>
          </w:p>
        </w:tc>
      </w:tr>
    </w:tbl>
    <w:p w14:paraId="327D3094" w14:textId="77777777" w:rsidR="00967641" w:rsidRPr="0056721C" w:rsidRDefault="00FB503F">
      <w:pPr>
        <w:spacing w:line="120" w:lineRule="auto"/>
        <w:rPr>
          <w:rFonts w:hint="eastAsia"/>
          <w:sz w:val="22"/>
          <w:szCs w:val="28"/>
        </w:rPr>
      </w:pPr>
      <w:r w:rsidRPr="0056721C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967641" w:rsidRPr="0056721C" w14:paraId="4E12E6F8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07BD62C7" w14:textId="7661112D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07832AF0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972044"/>
                <w:sz w:val="24"/>
                <w:szCs w:val="28"/>
              </w:rPr>
              <w:t>What impact did invaders and settlers have on life in Britain?</w:t>
            </w:r>
          </w:p>
        </w:tc>
      </w:tr>
    </w:tbl>
    <w:p w14:paraId="46339142" w14:textId="440E8CEF" w:rsidR="00967641" w:rsidRPr="0056721C" w:rsidRDefault="00FB503F">
      <w:pPr>
        <w:spacing w:line="120" w:lineRule="auto"/>
        <w:rPr>
          <w:rFonts w:hint="eastAsia"/>
          <w:sz w:val="22"/>
          <w:szCs w:val="28"/>
        </w:rPr>
      </w:pPr>
      <w:r w:rsidRPr="0056721C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967641" w:rsidRPr="0056721C" w14:paraId="3F3D97F4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35870A9" w14:textId="61FE61B8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967641" w:rsidRPr="0056721C" w14:paraId="5EDEB732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E6DB83" w14:textId="77777777" w:rsidR="00967641" w:rsidRPr="0056721C" w:rsidRDefault="00FB503F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1030864F" wp14:editId="309D449D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xon_hom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7FFB71" w14:textId="77777777" w:rsidR="00967641" w:rsidRPr="0056721C" w:rsidRDefault="00FB503F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CB2652"/>
                      <w:sz w:val="22"/>
                      <w:szCs w:val="28"/>
                    </w:rPr>
                    <w:t>ANGLO-SAXON SETTLEMENT</w:t>
                  </w:r>
                </w:p>
                <w:p w14:paraId="11DE0980" w14:textId="77777777" w:rsidR="00967641" w:rsidRPr="0056721C" w:rsidRDefault="00FB503F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sz w:val="20"/>
                      <w:szCs w:val="28"/>
                    </w:rPr>
                    <w:t>From the 5th century</w:t>
                  </w:r>
                </w:p>
                <w:p w14:paraId="0E1F391D" w14:textId="77777777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color w:val="637080"/>
                      <w:szCs w:val="28"/>
                    </w:rPr>
                    <w:t>Angles, Saxons and Jutes settle</w:t>
                  </w:r>
                </w:p>
              </w:tc>
            </w:tr>
          </w:tbl>
          <w:p w14:paraId="2126D2B5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E1F8D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0BD4E19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967641" w:rsidRPr="0056721C" w14:paraId="0A7E17CD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69E1CF" w14:textId="77777777" w:rsidR="00967641" w:rsidRPr="0056721C" w:rsidRDefault="00FB503F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1C5E128E" wp14:editId="5FFA8B0E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ristianity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089C0A" w14:textId="77777777" w:rsidR="00967641" w:rsidRPr="0056721C" w:rsidRDefault="00FB503F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8D6700"/>
                      <w:sz w:val="22"/>
                      <w:szCs w:val="28"/>
                    </w:rPr>
                    <w:t>CHRISTIANITY SPREADS</w:t>
                  </w:r>
                </w:p>
                <w:p w14:paraId="1B56FD4F" w14:textId="77777777" w:rsidR="00967641" w:rsidRPr="0056721C" w:rsidRDefault="00FB503F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sz w:val="20"/>
                      <w:szCs w:val="28"/>
                    </w:rPr>
                    <w:t>From AD 597</w:t>
                  </w:r>
                </w:p>
                <w:p w14:paraId="734072B9" w14:textId="77777777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color w:val="637080"/>
                      <w:szCs w:val="28"/>
                    </w:rPr>
                    <w:t>New beliefs spread widely</w:t>
                  </w:r>
                </w:p>
              </w:tc>
            </w:tr>
          </w:tbl>
          <w:p w14:paraId="2263B8DD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7C243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2A46539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967641" w:rsidRPr="0056721C" w14:paraId="3B817ECC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CC1039" w14:textId="77777777" w:rsidR="00967641" w:rsidRPr="0056721C" w:rsidRDefault="00FB503F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29B57E24" wp14:editId="32B4EDB1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viking_ship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9756B7" w14:textId="77777777" w:rsidR="00967641" w:rsidRPr="0056721C" w:rsidRDefault="00FB503F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CB2652"/>
                      <w:sz w:val="22"/>
                      <w:szCs w:val="28"/>
                    </w:rPr>
                    <w:t>VIKING RAIDS BEGIN</w:t>
                  </w:r>
                </w:p>
                <w:p w14:paraId="3AE6758F" w14:textId="77777777" w:rsidR="00967641" w:rsidRPr="0056721C" w:rsidRDefault="00FB503F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sz w:val="20"/>
                      <w:szCs w:val="28"/>
                    </w:rPr>
                    <w:t>AD 793</w:t>
                  </w:r>
                </w:p>
                <w:p w14:paraId="3638C8F0" w14:textId="77777777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color w:val="637080"/>
                      <w:szCs w:val="28"/>
                    </w:rPr>
                    <w:t>Lindisfarne is attacked</w:t>
                  </w:r>
                </w:p>
              </w:tc>
            </w:tr>
          </w:tbl>
          <w:p w14:paraId="71EA2941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38FB3080" w14:textId="36B48DFC" w:rsidR="00967641" w:rsidRPr="0056721C" w:rsidRDefault="00FB503F">
      <w:pPr>
        <w:spacing w:line="120" w:lineRule="auto"/>
        <w:rPr>
          <w:rFonts w:hint="eastAsia"/>
          <w:sz w:val="22"/>
          <w:szCs w:val="28"/>
        </w:rPr>
      </w:pPr>
      <w:r w:rsidRPr="0056721C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967641" w:rsidRPr="0056721C" w14:paraId="2A0DAD60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07592" w14:textId="77777777" w:rsidR="00967641" w:rsidRPr="0056721C" w:rsidRDefault="00967641">
            <w:pPr>
              <w:rPr>
                <w:rFonts w:hint="eastAsia"/>
                <w:sz w:val="2"/>
                <w:szCs w:val="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967641" w:rsidRPr="0056721C" w14:paraId="2E46F63B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62B1810" w14:textId="33B361A0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967641" w:rsidRPr="0056721C" w14:paraId="7D97E42D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360F5CB" w14:textId="238C6A48" w:rsidR="00967641" w:rsidRPr="0056721C" w:rsidRDefault="00FB503F">
                  <w:pPr>
                    <w:spacing w:after="11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Why did Anglo-Saxons come to Britain?  </w:t>
                  </w:r>
                  <w:r w:rsidRPr="0056721C">
                    <w:rPr>
                      <w:sz w:val="20"/>
                      <w:szCs w:val="28"/>
                    </w:rPr>
                    <w:t>After Roman rule ended, groups including the Angles, Saxons and Jutes migrated from northern Europe to settle in Britain.</w:t>
                  </w:r>
                </w:p>
                <w:p w14:paraId="69C26E12" w14:textId="77777777" w:rsidR="00967641" w:rsidRPr="0056721C" w:rsidRDefault="00FB503F">
                  <w:pPr>
                    <w:spacing w:after="11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How was Anglo-Saxon Britain ruled?  </w:t>
                  </w:r>
                  <w:r w:rsidRPr="0056721C">
                    <w:rPr>
                      <w:sz w:val="20"/>
                      <w:szCs w:val="28"/>
                    </w:rPr>
                    <w:t>It was divided into kingdoms, including Wessex, Mercia and Northumbria, with different kings.</w:t>
                  </w:r>
                </w:p>
                <w:p w14:paraId="63059628" w14:textId="30BF1E2D" w:rsidR="00967641" w:rsidRPr="0056721C" w:rsidRDefault="00FB503F">
                  <w:pPr>
                    <w:spacing w:after="11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How did Anglo-Saxons change Britain?  </w:t>
                  </w:r>
                  <w:r w:rsidRPr="0056721C">
                    <w:rPr>
                      <w:sz w:val="20"/>
                      <w:szCs w:val="28"/>
                    </w:rPr>
                    <w:t>They established settlements and influenced the English language. Some modern place names still show where they lived.</w:t>
                  </w:r>
                </w:p>
                <w:p w14:paraId="685E72C4" w14:textId="77777777" w:rsidR="00967641" w:rsidRPr="0056721C" w:rsidRDefault="00FB503F">
                  <w:pPr>
                    <w:spacing w:after="11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How did beliefs change?  </w:t>
                  </w:r>
                  <w:r w:rsidRPr="0056721C">
                    <w:rPr>
                      <w:sz w:val="20"/>
                      <w:szCs w:val="28"/>
                    </w:rPr>
                    <w:t>Many early Anglo-Saxons followed pagan beliefs. Christianity spread among Anglo-Saxon communities, especially from the late 500s.</w:t>
                  </w:r>
                </w:p>
                <w:p w14:paraId="0A65BB2C" w14:textId="77777777" w:rsidR="00967641" w:rsidRPr="0056721C" w:rsidRDefault="00FB503F">
                  <w:pPr>
                    <w:spacing w:after="11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Who was Alfred the Great?  </w:t>
                  </w:r>
                  <w:r w:rsidRPr="0056721C">
                    <w:rPr>
                      <w:sz w:val="20"/>
                      <w:szCs w:val="28"/>
                    </w:rPr>
                    <w:t>A king of Wessex who fought Viking armies and worked to defend his kingdom.</w:t>
                  </w:r>
                </w:p>
                <w:p w14:paraId="7BCA4506" w14:textId="77777777" w:rsidR="00967641" w:rsidRPr="0056721C" w:rsidRDefault="00FB503F">
                  <w:pPr>
                    <w:spacing w:after="11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Who were the Vikings?  </w:t>
                  </w:r>
                  <w:r w:rsidRPr="0056721C">
                    <w:rPr>
                      <w:sz w:val="20"/>
                      <w:szCs w:val="28"/>
                    </w:rPr>
                    <w:t>People from Scandinavia who raided, traded and settled in Britain. Parts of northern and eastern England came under Viking control, called the Danelaw.</w:t>
                  </w:r>
                </w:p>
                <w:p w14:paraId="19C6E04F" w14:textId="6617F3B4" w:rsidR="00967641" w:rsidRPr="0056721C" w:rsidRDefault="00FB503F" w:rsidP="0056721C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What did the Vikings leave behind?  </w:t>
                  </w:r>
                  <w:r w:rsidRPr="0056721C">
                    <w:rPr>
                      <w:sz w:val="20"/>
                      <w:szCs w:val="28"/>
                    </w:rPr>
                    <w:t>They influenced place names, language and the way some areas were ruled.</w:t>
                  </w:r>
                </w:p>
              </w:tc>
            </w:tr>
          </w:tbl>
          <w:p w14:paraId="47199C5E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08C1A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5BA601" w14:textId="77777777" w:rsidR="00967641" w:rsidRPr="0056721C" w:rsidRDefault="00967641">
            <w:pPr>
              <w:rPr>
                <w:rFonts w:hint="eastAsia"/>
                <w:sz w:val="2"/>
                <w:szCs w:val="6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967641" w:rsidRPr="0056721C" w14:paraId="3132848E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26FC1EB3" w14:textId="77777777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967641" w:rsidRPr="0056721C" w14:paraId="1CA00F7D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A141905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Anglo-Saxons  </w:t>
                  </w:r>
                  <w:r w:rsidRPr="0056721C">
                    <w:rPr>
                      <w:sz w:val="20"/>
                      <w:szCs w:val="28"/>
                    </w:rPr>
                    <w:t>groups who migrated to Britain from northern Europe</w:t>
                  </w:r>
                </w:p>
                <w:p w14:paraId="7010C20F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Settlement  </w:t>
                  </w:r>
                  <w:r w:rsidRPr="0056721C">
                    <w:rPr>
                      <w:sz w:val="20"/>
                      <w:szCs w:val="28"/>
                    </w:rPr>
                    <w:t>a place where people build homes and live</w:t>
                  </w:r>
                </w:p>
                <w:p w14:paraId="4DF1B35B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Kingdom  </w:t>
                  </w:r>
                  <w:r w:rsidRPr="0056721C">
                    <w:rPr>
                      <w:sz w:val="20"/>
                      <w:szCs w:val="28"/>
                    </w:rPr>
                    <w:t>land ruled by a king or queen</w:t>
                  </w:r>
                </w:p>
                <w:p w14:paraId="4C7A9847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Pagan  </w:t>
                  </w:r>
                  <w:r w:rsidRPr="0056721C">
                    <w:rPr>
                      <w:sz w:val="20"/>
                      <w:szCs w:val="28"/>
                    </w:rPr>
                    <w:t>following beliefs involving several gods or spirits</w:t>
                  </w:r>
                </w:p>
                <w:p w14:paraId="1630BD0E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Missionary  </w:t>
                  </w:r>
                  <w:r w:rsidRPr="0056721C">
                    <w:rPr>
                      <w:sz w:val="20"/>
                      <w:szCs w:val="28"/>
                    </w:rPr>
                    <w:t>someone who spreads a religion</w:t>
                  </w:r>
                </w:p>
                <w:p w14:paraId="66D16CB8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Vikings  </w:t>
                  </w:r>
                  <w:r w:rsidRPr="0056721C">
                    <w:rPr>
                      <w:sz w:val="20"/>
                      <w:szCs w:val="28"/>
                    </w:rPr>
                    <w:t>people from Scandinavia who travelled, traded and raided</w:t>
                  </w:r>
                </w:p>
                <w:p w14:paraId="0B44B640" w14:textId="77777777" w:rsidR="00967641" w:rsidRPr="0056721C" w:rsidRDefault="00FB503F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Danelaw  </w:t>
                  </w:r>
                  <w:r w:rsidRPr="0056721C">
                    <w:rPr>
                      <w:sz w:val="20"/>
                      <w:szCs w:val="28"/>
                    </w:rPr>
                    <w:t>part of England once under Viking control</w:t>
                  </w:r>
                </w:p>
                <w:p w14:paraId="66105BD6" w14:textId="77777777" w:rsidR="00967641" w:rsidRPr="0056721C" w:rsidRDefault="00FB503F" w:rsidP="0056721C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972044"/>
                      <w:sz w:val="20"/>
                      <w:szCs w:val="28"/>
                    </w:rPr>
                    <w:t xml:space="preserve">Legacy  </w:t>
                  </w:r>
                  <w:r w:rsidRPr="0056721C">
                    <w:rPr>
                      <w:sz w:val="20"/>
                      <w:szCs w:val="28"/>
                    </w:rPr>
                    <w:t>something from the past that still affects us</w:t>
                  </w:r>
                </w:p>
              </w:tc>
            </w:tr>
          </w:tbl>
          <w:p w14:paraId="437EF3B8" w14:textId="77777777" w:rsidR="00967641" w:rsidRPr="0056721C" w:rsidRDefault="00967641">
            <w:pPr>
              <w:rPr>
                <w:rFonts w:hint="eastAsia"/>
                <w:sz w:val="8"/>
                <w:szCs w:val="12"/>
              </w:rPr>
            </w:pPr>
          </w:p>
          <w:p w14:paraId="7858B45B" w14:textId="77777777" w:rsidR="00967641" w:rsidRPr="0056721C" w:rsidRDefault="00FB503F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56721C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967641" w:rsidRPr="0056721C" w14:paraId="2B2C8D5E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E0BF114" w14:textId="77777777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967641" w:rsidRPr="0056721C" w14:paraId="705B45A6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673827C9" w14:textId="77777777" w:rsidR="00967641" w:rsidRPr="0056721C" w:rsidRDefault="00FB503F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56721C">
                    <w:rPr>
                      <w:sz w:val="20"/>
                      <w:szCs w:val="24"/>
                    </w:rPr>
                    <w:t>Place names, coins and written accounts help us investigate the past. Different accounts may give different views.</w:t>
                  </w:r>
                </w:p>
              </w:tc>
            </w:tr>
          </w:tbl>
          <w:p w14:paraId="788BE644" w14:textId="77777777" w:rsidR="00967641" w:rsidRPr="0056721C" w:rsidRDefault="00967641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69C0FA4A" w14:textId="77777777" w:rsidR="00967641" w:rsidRPr="0056721C" w:rsidRDefault="00FB503F">
      <w:pPr>
        <w:spacing w:line="120" w:lineRule="auto"/>
        <w:rPr>
          <w:rFonts w:hint="eastAsia"/>
          <w:sz w:val="22"/>
          <w:szCs w:val="28"/>
        </w:rPr>
      </w:pPr>
      <w:r w:rsidRPr="0056721C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967641" w:rsidRPr="0056721C" w14:paraId="7A03ACDB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B4ECE7D" w14:textId="77777777" w:rsidR="00967641" w:rsidRPr="0056721C" w:rsidRDefault="00FB503F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CB2652"/>
                <w:sz w:val="22"/>
                <w:szCs w:val="28"/>
              </w:rPr>
              <w:t>INVASION &amp; SETTLEMENT</w:t>
            </w:r>
          </w:p>
          <w:p w14:paraId="09545094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sz w:val="20"/>
                <w:szCs w:val="28"/>
              </w:rPr>
              <w:t>Migration • new communities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2A3F5F7" w14:textId="77777777" w:rsidR="00967641" w:rsidRPr="0056721C" w:rsidRDefault="00FB503F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8D6700"/>
                <w:sz w:val="22"/>
                <w:szCs w:val="28"/>
              </w:rPr>
              <w:t>KINGDOMS &amp; BELIEFS</w:t>
            </w:r>
          </w:p>
          <w:p w14:paraId="671FC10C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sz w:val="20"/>
                <w:szCs w:val="28"/>
              </w:rPr>
              <w:t>Rulers • Christianity spreads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83DCBAB" w14:textId="77777777" w:rsidR="00967641" w:rsidRPr="0056721C" w:rsidRDefault="00FB503F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CB2652"/>
                <w:sz w:val="22"/>
                <w:szCs w:val="28"/>
              </w:rPr>
              <w:t>CHANGE &amp; LEGACY</w:t>
            </w:r>
          </w:p>
          <w:p w14:paraId="05BB3598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sz w:val="20"/>
                <w:szCs w:val="28"/>
              </w:rPr>
              <w:t>Viking influence • place names</w:t>
            </w:r>
          </w:p>
        </w:tc>
      </w:tr>
    </w:tbl>
    <w:p w14:paraId="7A0B46F0" w14:textId="77777777" w:rsidR="00967641" w:rsidRPr="0056721C" w:rsidRDefault="00FB503F">
      <w:pPr>
        <w:spacing w:line="120" w:lineRule="auto"/>
        <w:rPr>
          <w:rFonts w:hint="eastAsia"/>
          <w:sz w:val="22"/>
          <w:szCs w:val="28"/>
        </w:rPr>
      </w:pPr>
      <w:r w:rsidRPr="0056721C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967641" w:rsidRPr="0056721C" w14:paraId="1CC175D5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DAD6F48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2192EE02" w14:textId="77777777" w:rsidR="00967641" w:rsidRPr="0056721C" w:rsidRDefault="00FB503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56721C">
              <w:rPr>
                <w:sz w:val="20"/>
                <w:szCs w:val="28"/>
              </w:rPr>
              <w:t>Coins and images of Alfred  •  Historical accounts  •  Place-name maps</w:t>
            </w:r>
          </w:p>
        </w:tc>
      </w:tr>
    </w:tbl>
    <w:p w14:paraId="44D21B36" w14:textId="3B4AE94B" w:rsidR="00967641" w:rsidRPr="0056721C" w:rsidRDefault="00967641">
      <w:pPr>
        <w:spacing w:before="40" w:line="262" w:lineRule="auto"/>
        <w:rPr>
          <w:rFonts w:hint="eastAsia"/>
          <w:sz w:val="22"/>
          <w:szCs w:val="28"/>
        </w:rPr>
      </w:pPr>
    </w:p>
    <w:sectPr w:rsidR="00967641" w:rsidRPr="0056721C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5729015">
    <w:abstractNumId w:val="8"/>
  </w:num>
  <w:num w:numId="2" w16cid:durableId="283730798">
    <w:abstractNumId w:val="6"/>
  </w:num>
  <w:num w:numId="3" w16cid:durableId="331838507">
    <w:abstractNumId w:val="5"/>
  </w:num>
  <w:num w:numId="4" w16cid:durableId="606741144">
    <w:abstractNumId w:val="4"/>
  </w:num>
  <w:num w:numId="5" w16cid:durableId="1883319717">
    <w:abstractNumId w:val="7"/>
  </w:num>
  <w:num w:numId="6" w16cid:durableId="669529388">
    <w:abstractNumId w:val="3"/>
  </w:num>
  <w:num w:numId="7" w16cid:durableId="1659185684">
    <w:abstractNumId w:val="2"/>
  </w:num>
  <w:num w:numId="8" w16cid:durableId="1866863291">
    <w:abstractNumId w:val="1"/>
  </w:num>
  <w:num w:numId="9" w16cid:durableId="609438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6721C"/>
    <w:rsid w:val="00967641"/>
    <w:rsid w:val="00AA1D8D"/>
    <w:rsid w:val="00B47730"/>
    <w:rsid w:val="00CB0664"/>
    <w:rsid w:val="00CB59C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75C34F"/>
  <w14:defaultImageDpi w14:val="300"/>
  <w15:docId w15:val="{59F797A1-6B74-4C0F-99D8-6CFA796B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6F3518-8210-4AC5-85B0-E5144155CC8D}"/>
</file>

<file path=customXml/itemProps3.xml><?xml version="1.0" encoding="utf-8"?>
<ds:datastoreItem xmlns:ds="http://schemas.openxmlformats.org/officeDocument/2006/customXml" ds:itemID="{CE58A739-A72A-4BD6-B44B-1AEC0E34E0AA}"/>
</file>

<file path=customXml/itemProps4.xml><?xml version="1.0" encoding="utf-8"?>
<ds:datastoreItem xmlns:ds="http://schemas.openxmlformats.org/officeDocument/2006/customXml" ds:itemID="{10D55310-20D4-4EDD-B4C3-72FC53ECEE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2026-11-07T00:21:00Z</dcterms:created>
  <dcterms:modified xsi:type="dcterms:W3CDTF">2026-11-07T00:21:00Z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2026-11-07T00:21:00Z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01281353-b385-41ec-8cb6-7dc8b851ec95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