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0646D4" w14:paraId="44F1F2B6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EC741FA" w14:textId="3332D83A" w:rsidR="000646D4" w:rsidRDefault="004166BA">
            <w:pPr>
              <w:spacing w:line="262" w:lineRule="auto"/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61312" behindDoc="0" locked="0" layoutInCell="1" allowOverlap="1" wp14:anchorId="02E88D4D" wp14:editId="7504D70A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-207010</wp:posOffset>
                  </wp:positionV>
                  <wp:extent cx="1036320" cy="1036320"/>
                  <wp:effectExtent l="0" t="0" r="0" b="0"/>
                  <wp:wrapNone/>
                  <wp:docPr id="422680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68074" name="Picture 4226807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D3AE558" w14:textId="515619FF" w:rsidR="000646D4" w:rsidRPr="004166BA" w:rsidRDefault="008B27AE">
            <w:pPr>
              <w:spacing w:after="60" w:line="262" w:lineRule="auto"/>
              <w:rPr>
                <w:rFonts w:hint="eastAsia"/>
                <w:sz w:val="32"/>
                <w:szCs w:val="40"/>
              </w:rPr>
            </w:pPr>
            <w:r w:rsidRPr="004166BA">
              <w:rPr>
                <w:b/>
                <w:color w:val="F5C84B"/>
                <w:sz w:val="32"/>
                <w:szCs w:val="40"/>
              </w:rPr>
              <w:t>YEAR 3  •  HISTORY  •  AUTUMN 1</w:t>
            </w:r>
          </w:p>
          <w:p w14:paraId="477D2C6C" w14:textId="77777777" w:rsidR="000646D4" w:rsidRDefault="008B27AE">
            <w:pPr>
              <w:spacing w:line="262" w:lineRule="auto"/>
              <w:rPr>
                <w:rFonts w:hint="eastAsia"/>
              </w:rPr>
            </w:pPr>
            <w:r>
              <w:rPr>
                <w:b/>
                <w:color w:val="FFFFFF"/>
                <w:sz w:val="36"/>
              </w:rPr>
              <w:t>The Stone Age to the Iron Age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81E01B4" w14:textId="77777777" w:rsidR="000646D4" w:rsidRPr="004166BA" w:rsidRDefault="008B27AE">
            <w:pPr>
              <w:spacing w:after="60" w:line="262" w:lineRule="auto"/>
              <w:jc w:val="center"/>
              <w:rPr>
                <w:rFonts w:hint="eastAsia"/>
                <w:sz w:val="40"/>
                <w:szCs w:val="40"/>
              </w:rPr>
            </w:pPr>
            <w:r w:rsidRPr="004166BA">
              <w:rPr>
                <w:b/>
                <w:color w:val="972044"/>
                <w:sz w:val="40"/>
                <w:szCs w:val="40"/>
              </w:rPr>
              <w:t>KNOWLEDGE</w:t>
            </w:r>
          </w:p>
          <w:p w14:paraId="22342165" w14:textId="77777777" w:rsidR="000646D4" w:rsidRDefault="008B27AE">
            <w:pPr>
              <w:spacing w:line="262" w:lineRule="auto"/>
              <w:jc w:val="center"/>
              <w:rPr>
                <w:rFonts w:hint="eastAsia"/>
              </w:rPr>
            </w:pPr>
            <w:r w:rsidRPr="004166BA">
              <w:rPr>
                <w:b/>
                <w:color w:val="972044"/>
                <w:sz w:val="40"/>
                <w:szCs w:val="40"/>
              </w:rPr>
              <w:t>ORGANISER</w:t>
            </w:r>
          </w:p>
        </w:tc>
      </w:tr>
    </w:tbl>
    <w:p w14:paraId="10F913DA" w14:textId="77777777" w:rsidR="000646D4" w:rsidRDefault="008B27AE">
      <w:pPr>
        <w:spacing w:line="120" w:lineRule="auto"/>
        <w:rPr>
          <w:rFonts w:hint="eastAsia"/>
        </w:rPr>
      </w:pPr>
      <w:r>
        <w:rPr>
          <w:sz w:val="2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0646D4" w14:paraId="1F1A3027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3E7B3C9B" w14:textId="77777777" w:rsidR="000646D4" w:rsidRPr="004166BA" w:rsidRDefault="008B27AE">
            <w:pPr>
              <w:spacing w:line="262" w:lineRule="auto"/>
              <w:jc w:val="center"/>
              <w:rPr>
                <w:rFonts w:hint="eastAsia"/>
                <w:sz w:val="24"/>
                <w:szCs w:val="36"/>
              </w:rPr>
            </w:pPr>
            <w:r w:rsidRPr="004166BA">
              <w:rPr>
                <w:b/>
                <w:color w:val="FFFFFF"/>
                <w:sz w:val="24"/>
                <w:szCs w:val="36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18D0D8CF" w14:textId="77777777" w:rsidR="000646D4" w:rsidRPr="004166BA" w:rsidRDefault="008B27AE">
            <w:pPr>
              <w:spacing w:line="262" w:lineRule="auto"/>
              <w:jc w:val="center"/>
              <w:rPr>
                <w:rFonts w:hint="eastAsia"/>
                <w:sz w:val="24"/>
                <w:szCs w:val="36"/>
              </w:rPr>
            </w:pPr>
            <w:r w:rsidRPr="004166BA">
              <w:rPr>
                <w:b/>
                <w:color w:val="972044"/>
                <w:sz w:val="24"/>
                <w:szCs w:val="36"/>
              </w:rPr>
              <w:t>How did life in Britain change from the Stone Age to the Iron Age?</w:t>
            </w:r>
          </w:p>
        </w:tc>
      </w:tr>
    </w:tbl>
    <w:p w14:paraId="4AB60F6D" w14:textId="77777777" w:rsidR="000646D4" w:rsidRDefault="008B27AE">
      <w:pPr>
        <w:spacing w:line="120" w:lineRule="auto"/>
        <w:rPr>
          <w:rFonts w:hint="eastAsia"/>
        </w:rPr>
      </w:pPr>
      <w:r>
        <w:rPr>
          <w:sz w:val="2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0646D4" w14:paraId="5FE60E20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57A9879" w14:textId="77777777" w:rsidR="000646D4" w:rsidRPr="004166BA" w:rsidRDefault="000646D4">
            <w:pPr>
              <w:rPr>
                <w:rFonts w:hint="eastAsia"/>
                <w:sz w:val="20"/>
                <w:szCs w:val="2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646D4" w:rsidRPr="004166BA" w14:paraId="7A2DD448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382590" w14:textId="77777777" w:rsidR="000646D4" w:rsidRPr="004166BA" w:rsidRDefault="008B27AE">
                  <w:pPr>
                    <w:spacing w:line="262" w:lineRule="auto"/>
                    <w:jc w:val="center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noProof/>
                      <w:sz w:val="20"/>
                      <w:szCs w:val="24"/>
                    </w:rPr>
                    <w:drawing>
                      <wp:inline distT="0" distB="0" distL="0" distR="0" wp14:anchorId="6960FA0E" wp14:editId="4865E452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tone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05C35B" w14:textId="77777777" w:rsidR="000646D4" w:rsidRPr="004166BA" w:rsidRDefault="008B27AE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b/>
                      <w:color w:val="CB2652"/>
                      <w:sz w:val="22"/>
                      <w:szCs w:val="24"/>
                    </w:rPr>
                    <w:t>STONE AGE</w:t>
                  </w:r>
                </w:p>
                <w:p w14:paraId="6C243CD1" w14:textId="77777777" w:rsidR="000646D4" w:rsidRPr="004166BA" w:rsidRDefault="008B27AE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b/>
                      <w:szCs w:val="24"/>
                    </w:rPr>
                    <w:t>c. 800,000–2,500 BC</w:t>
                  </w:r>
                </w:p>
                <w:p w14:paraId="453E180F" w14:textId="77777777" w:rsidR="000646D4" w:rsidRPr="004166BA" w:rsidRDefault="008B27AE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color w:val="637080"/>
                      <w:sz w:val="16"/>
                      <w:szCs w:val="24"/>
                    </w:rPr>
                    <w:t>Stone tools • farming begins</w:t>
                  </w:r>
                </w:p>
              </w:tc>
            </w:tr>
          </w:tbl>
          <w:p w14:paraId="4B35D062" w14:textId="77777777" w:rsidR="000646D4" w:rsidRDefault="000646D4">
            <w:pPr>
              <w:rPr>
                <w:rFonts w:hint="eastAsia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80DC0" w14:textId="77777777" w:rsidR="000646D4" w:rsidRDefault="008B27AE">
            <w:pPr>
              <w:spacing w:line="262" w:lineRule="auto"/>
              <w:jc w:val="center"/>
              <w:rPr>
                <w:rFonts w:hint="eastAsia"/>
              </w:rPr>
            </w:pPr>
            <w:r>
              <w:rPr>
                <w:b/>
                <w:color w:val="8D6700"/>
                <w:sz w:val="23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08469E7" w14:textId="77777777" w:rsidR="000646D4" w:rsidRPr="004166BA" w:rsidRDefault="000646D4">
            <w:pPr>
              <w:rPr>
                <w:rFonts w:hint="eastAsia"/>
                <w:sz w:val="20"/>
                <w:szCs w:val="24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646D4" w:rsidRPr="004166BA" w14:paraId="4134FDBC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DF6CA6" w14:textId="77777777" w:rsidR="000646D4" w:rsidRPr="004166BA" w:rsidRDefault="008B27AE">
                  <w:pPr>
                    <w:spacing w:line="262" w:lineRule="auto"/>
                    <w:jc w:val="center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noProof/>
                      <w:sz w:val="20"/>
                      <w:szCs w:val="24"/>
                    </w:rPr>
                    <w:drawing>
                      <wp:inline distT="0" distB="0" distL="0" distR="0" wp14:anchorId="07F4F396" wp14:editId="5B317424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ronze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58232E" w14:textId="77777777" w:rsidR="000646D4" w:rsidRPr="004166BA" w:rsidRDefault="008B27AE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b/>
                      <w:color w:val="8D6700"/>
                      <w:sz w:val="22"/>
                      <w:szCs w:val="24"/>
                    </w:rPr>
                    <w:t>BRONZE AGE</w:t>
                  </w:r>
                </w:p>
                <w:p w14:paraId="504A58ED" w14:textId="77777777" w:rsidR="000646D4" w:rsidRPr="004166BA" w:rsidRDefault="008B27AE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b/>
                      <w:szCs w:val="24"/>
                    </w:rPr>
                    <w:t>c. 2,500–800 BC</w:t>
                  </w:r>
                </w:p>
                <w:p w14:paraId="4F42654C" w14:textId="77777777" w:rsidR="000646D4" w:rsidRPr="004166BA" w:rsidRDefault="008B27AE">
                  <w:pPr>
                    <w:spacing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color w:val="637080"/>
                      <w:sz w:val="16"/>
                      <w:szCs w:val="24"/>
                    </w:rPr>
                    <w:t>Bronze tools and objects</w:t>
                  </w:r>
                </w:p>
              </w:tc>
            </w:tr>
          </w:tbl>
          <w:p w14:paraId="28F6E912" w14:textId="77777777" w:rsidR="000646D4" w:rsidRDefault="000646D4">
            <w:pPr>
              <w:rPr>
                <w:rFonts w:hint="eastAsia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80DDD" w14:textId="77777777" w:rsidR="000646D4" w:rsidRDefault="008B27AE">
            <w:pPr>
              <w:spacing w:line="262" w:lineRule="auto"/>
              <w:jc w:val="center"/>
              <w:rPr>
                <w:rFonts w:hint="eastAsia"/>
              </w:rPr>
            </w:pPr>
            <w:r>
              <w:rPr>
                <w:b/>
                <w:color w:val="8D6700"/>
                <w:sz w:val="23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418A537" w14:textId="77777777" w:rsidR="000646D4" w:rsidRDefault="000646D4">
            <w:pPr>
              <w:rPr>
                <w:rFonts w:hint="eastAsia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0646D4" w14:paraId="5687E181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6DEDC" w14:textId="77777777" w:rsidR="000646D4" w:rsidRDefault="008B27AE">
                  <w:pPr>
                    <w:spacing w:line="262" w:lineRule="auto"/>
                    <w:jc w:val="center"/>
                    <w:rPr>
                      <w:rFonts w:hint="eastAsia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3418131" wp14:editId="5305EECB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on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207A63" w14:textId="77777777" w:rsidR="000646D4" w:rsidRPr="004166BA" w:rsidRDefault="008B27AE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b/>
                      <w:color w:val="CB2652"/>
                      <w:sz w:val="22"/>
                      <w:szCs w:val="24"/>
                    </w:rPr>
                    <w:t>IRON AGE</w:t>
                  </w:r>
                </w:p>
                <w:p w14:paraId="2603E0FD" w14:textId="77777777" w:rsidR="000646D4" w:rsidRPr="004166BA" w:rsidRDefault="008B27AE">
                  <w:pPr>
                    <w:spacing w:after="20" w:line="262" w:lineRule="auto"/>
                    <w:rPr>
                      <w:rFonts w:hint="eastAsia"/>
                      <w:sz w:val="20"/>
                      <w:szCs w:val="24"/>
                    </w:rPr>
                  </w:pPr>
                  <w:r w:rsidRPr="004166BA">
                    <w:rPr>
                      <w:b/>
                      <w:szCs w:val="24"/>
                    </w:rPr>
                    <w:t>c. 800 BC–AD 43</w:t>
                  </w:r>
                </w:p>
                <w:p w14:paraId="7DDB0626" w14:textId="77777777" w:rsidR="000646D4" w:rsidRDefault="008B27AE">
                  <w:pPr>
                    <w:spacing w:line="262" w:lineRule="auto"/>
                    <w:rPr>
                      <w:rFonts w:hint="eastAsia"/>
                    </w:rPr>
                  </w:pPr>
                  <w:r w:rsidRPr="004166BA">
                    <w:rPr>
                      <w:color w:val="637080"/>
                      <w:sz w:val="16"/>
                      <w:szCs w:val="24"/>
                    </w:rPr>
                    <w:t>Iron tools • roundhouses</w:t>
                  </w:r>
                </w:p>
              </w:tc>
            </w:tr>
          </w:tbl>
          <w:p w14:paraId="35E2FBE3" w14:textId="77777777" w:rsidR="000646D4" w:rsidRDefault="000646D4">
            <w:pPr>
              <w:rPr>
                <w:rFonts w:hint="eastAsia"/>
              </w:rPr>
            </w:pPr>
          </w:p>
        </w:tc>
      </w:tr>
    </w:tbl>
    <w:p w14:paraId="17B8D997" w14:textId="66187C90" w:rsidR="000646D4" w:rsidRDefault="008B27AE">
      <w:pPr>
        <w:spacing w:line="120" w:lineRule="auto"/>
        <w:rPr>
          <w:rFonts w:hint="eastAsia"/>
        </w:rPr>
      </w:pPr>
      <w:r>
        <w:rPr>
          <w:sz w:val="4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0646D4" w:rsidRPr="004166BA" w14:paraId="16440738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021EA" w14:textId="77777777" w:rsidR="000646D4" w:rsidRPr="004166BA" w:rsidRDefault="000646D4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0646D4" w:rsidRPr="004166BA" w14:paraId="6428CE6F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33A1E05B" w14:textId="12162CEC" w:rsidR="000646D4" w:rsidRPr="004166BA" w:rsidRDefault="008B27AE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0646D4" w:rsidRPr="004166BA" w14:paraId="5FA6C7FC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0C846E31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What was the Stone Age?  </w:t>
                  </w:r>
                  <w:r w:rsidRPr="004166BA">
                    <w:rPr>
                      <w:sz w:val="22"/>
                      <w:szCs w:val="28"/>
                    </w:rPr>
                    <w:t>A very long period of prehistory, divided into the Palaeolithic, Mesolithic and Neolithic.</w:t>
                  </w:r>
                </w:p>
                <w:p w14:paraId="4F83F690" w14:textId="79659D69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How did people survive?  </w:t>
                  </w:r>
                  <w:r w:rsidRPr="004166BA">
                    <w:rPr>
                      <w:sz w:val="22"/>
                      <w:szCs w:val="28"/>
                    </w:rPr>
                    <w:t>Early people hunted animals, gathered plants and made tools from stone and other natural materials.</w:t>
                  </w:r>
                </w:p>
                <w:p w14:paraId="1496C4F6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What changed in the Stone Age?  </w:t>
                  </w:r>
                  <w:r w:rsidRPr="004166BA">
                    <w:rPr>
                      <w:sz w:val="22"/>
                      <w:szCs w:val="28"/>
                    </w:rPr>
                    <w:t>Tools improved. Over time, people began farming, making pottery and living in permanent settlements.</w:t>
                  </w:r>
                </w:p>
                <w:p w14:paraId="770ED241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How do we know about Stone Age life?  </w:t>
                  </w:r>
                  <w:r w:rsidRPr="004166BA">
                    <w:rPr>
                      <w:sz w:val="22"/>
                      <w:szCs w:val="28"/>
                    </w:rPr>
                    <w:t>Archaeologists study footprints, artefacts, human remains and places such as Skara Brae.</w:t>
                  </w:r>
                </w:p>
                <w:p w14:paraId="0EA4ECFF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What changed in the Bronze Age?  </w:t>
                  </w:r>
                  <w:r w:rsidRPr="004166BA">
                    <w:rPr>
                      <w:sz w:val="22"/>
                      <w:szCs w:val="28"/>
                    </w:rPr>
                    <w:t>People began making tools and other objects from bronze, changing how they lived and worked.</w:t>
                  </w:r>
                </w:p>
                <w:p w14:paraId="68249CF8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What was Iron Age life like?  </w:t>
                  </w:r>
                  <w:r w:rsidRPr="004166BA">
                    <w:rPr>
                      <w:sz w:val="22"/>
                      <w:szCs w:val="28"/>
                    </w:rPr>
                    <w:t>Many people lived in tribal communities and roundhouses. They farmed and made strong iron tools and weapons.</w:t>
                  </w:r>
                </w:p>
              </w:tc>
            </w:tr>
          </w:tbl>
          <w:p w14:paraId="1C52EBFC" w14:textId="77777777" w:rsidR="000646D4" w:rsidRPr="004166BA" w:rsidRDefault="000646D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3E96E" w14:textId="77777777" w:rsidR="000646D4" w:rsidRPr="004166BA" w:rsidRDefault="000646D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EF45B" w14:textId="77777777" w:rsidR="000646D4" w:rsidRPr="004166BA" w:rsidRDefault="000646D4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0646D4" w:rsidRPr="004166BA" w14:paraId="5F8C3E3B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75412743" w14:textId="77777777" w:rsidR="000646D4" w:rsidRPr="004166BA" w:rsidRDefault="008B27AE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0646D4" w:rsidRPr="004166BA" w14:paraId="0BE6ABA7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223C583E" w14:textId="4CAD661A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proofErr w:type="gramStart"/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Prehistory  </w:t>
                  </w:r>
                  <w:r w:rsidRPr="004166BA">
                    <w:rPr>
                      <w:sz w:val="22"/>
                      <w:szCs w:val="28"/>
                    </w:rPr>
                    <w:t>time</w:t>
                  </w:r>
                  <w:proofErr w:type="gramEnd"/>
                  <w:r w:rsidRPr="004166BA">
                    <w:rPr>
                      <w:sz w:val="22"/>
                      <w:szCs w:val="28"/>
                    </w:rPr>
                    <w:t xml:space="preserve"> before written records</w:t>
                  </w:r>
                </w:p>
                <w:p w14:paraId="00121134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Archaeologist  </w:t>
                  </w:r>
                  <w:r w:rsidRPr="004166BA">
                    <w:rPr>
                      <w:sz w:val="22"/>
                      <w:szCs w:val="28"/>
                    </w:rPr>
                    <w:t>someone who studies the past through physical evidence</w:t>
                  </w:r>
                </w:p>
                <w:p w14:paraId="502AA0BA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Artefact  </w:t>
                  </w:r>
                  <w:r w:rsidRPr="004166BA">
                    <w:rPr>
                      <w:sz w:val="22"/>
                      <w:szCs w:val="28"/>
                    </w:rPr>
                    <w:t>an object made or used by people long ago</w:t>
                  </w:r>
                </w:p>
                <w:p w14:paraId="0E64D930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Hunter-gatherer  </w:t>
                  </w:r>
                  <w:r w:rsidRPr="004166BA">
                    <w:rPr>
                      <w:sz w:val="22"/>
                      <w:szCs w:val="28"/>
                    </w:rPr>
                    <w:t>someone who hunts and collects wild food</w:t>
                  </w:r>
                </w:p>
                <w:p w14:paraId="4DECD0D7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Nomad  </w:t>
                  </w:r>
                  <w:r w:rsidRPr="004166BA">
                    <w:rPr>
                      <w:sz w:val="22"/>
                      <w:szCs w:val="28"/>
                    </w:rPr>
                    <w:t>someone who moves from place to place</w:t>
                  </w:r>
                </w:p>
                <w:p w14:paraId="1114B01C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Settlement  </w:t>
                  </w:r>
                  <w:r w:rsidRPr="004166BA">
                    <w:rPr>
                      <w:sz w:val="22"/>
                      <w:szCs w:val="28"/>
                    </w:rPr>
                    <w:t>a place where people live together</w:t>
                  </w:r>
                </w:p>
                <w:p w14:paraId="61B4DA24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Smelting  </w:t>
                  </w:r>
                  <w:r w:rsidRPr="004166BA">
                    <w:rPr>
                      <w:sz w:val="22"/>
                      <w:szCs w:val="28"/>
                    </w:rPr>
                    <w:t>heating ore to extract metal</w:t>
                  </w:r>
                </w:p>
                <w:p w14:paraId="72218B37" w14:textId="77777777" w:rsidR="000646D4" w:rsidRPr="004166BA" w:rsidRDefault="008B27AE">
                  <w:pPr>
                    <w:spacing w:after="122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972044"/>
                      <w:sz w:val="22"/>
                      <w:szCs w:val="28"/>
                    </w:rPr>
                    <w:t xml:space="preserve">Chronology  </w:t>
                  </w:r>
                  <w:r w:rsidRPr="004166BA">
                    <w:rPr>
                      <w:sz w:val="22"/>
                      <w:szCs w:val="28"/>
                    </w:rPr>
                    <w:t>putting events in time order</w:t>
                  </w:r>
                </w:p>
              </w:tc>
            </w:tr>
          </w:tbl>
          <w:p w14:paraId="4C61DF3B" w14:textId="77777777" w:rsidR="000646D4" w:rsidRPr="004166BA" w:rsidRDefault="008B27AE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4166BA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0646D4" w:rsidRPr="004166BA" w14:paraId="477A1EED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61BDBFF6" w14:textId="77777777" w:rsidR="000646D4" w:rsidRPr="004166BA" w:rsidRDefault="008B27AE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0646D4" w:rsidRPr="004166BA" w14:paraId="53EB5099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33014CC8" w14:textId="77777777" w:rsidR="000646D4" w:rsidRPr="004166BA" w:rsidRDefault="008B27AE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4166BA">
                    <w:rPr>
                      <w:sz w:val="22"/>
                      <w:szCs w:val="28"/>
                    </w:rPr>
                    <w:t>We ask questions, look at evidence and explain what changed or stayed the same.</w:t>
                  </w:r>
                </w:p>
              </w:tc>
            </w:tr>
          </w:tbl>
          <w:p w14:paraId="057FE36A" w14:textId="77777777" w:rsidR="000646D4" w:rsidRPr="004166BA" w:rsidRDefault="000646D4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4AD59B2D" w14:textId="77777777" w:rsidR="000646D4" w:rsidRPr="004166BA" w:rsidRDefault="008B27AE">
      <w:pPr>
        <w:spacing w:line="120" w:lineRule="auto"/>
        <w:rPr>
          <w:rFonts w:hint="eastAsia"/>
          <w:sz w:val="22"/>
          <w:szCs w:val="28"/>
        </w:rPr>
      </w:pPr>
      <w:r w:rsidRPr="004166BA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0646D4" w:rsidRPr="004166BA" w14:paraId="05ACE1D0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7FAEF126" w14:textId="77777777" w:rsidR="000646D4" w:rsidRPr="004166BA" w:rsidRDefault="008B27AE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4166BA">
              <w:rPr>
                <w:b/>
                <w:color w:val="CB2652"/>
                <w:sz w:val="22"/>
                <w:szCs w:val="28"/>
              </w:rPr>
              <w:t>FOOD</w:t>
            </w:r>
          </w:p>
          <w:p w14:paraId="75663CE8" w14:textId="77777777" w:rsidR="000646D4" w:rsidRPr="004166BA" w:rsidRDefault="008B27AE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4166BA">
              <w:rPr>
                <w:sz w:val="20"/>
                <w:szCs w:val="28"/>
              </w:rPr>
              <w:t>Hunting and gathering  →  farming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6E3B8518" w14:textId="73400016" w:rsidR="000646D4" w:rsidRPr="004166BA" w:rsidRDefault="008B27AE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4166BA">
              <w:rPr>
                <w:b/>
                <w:color w:val="8D6700"/>
                <w:sz w:val="22"/>
                <w:szCs w:val="28"/>
              </w:rPr>
              <w:t>HOMES</w:t>
            </w:r>
          </w:p>
          <w:p w14:paraId="7C6DCA73" w14:textId="77777777" w:rsidR="000646D4" w:rsidRPr="004166BA" w:rsidRDefault="008B27AE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4166BA">
              <w:rPr>
                <w:sz w:val="20"/>
                <w:szCs w:val="28"/>
              </w:rPr>
              <w:t>Moving about  →  permanent settlements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1AFC8ACD" w14:textId="77777777" w:rsidR="000646D4" w:rsidRPr="004166BA" w:rsidRDefault="008B27AE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4166BA">
              <w:rPr>
                <w:b/>
                <w:color w:val="CB2652"/>
                <w:sz w:val="22"/>
                <w:szCs w:val="28"/>
              </w:rPr>
              <w:t>TOOLS</w:t>
            </w:r>
          </w:p>
          <w:p w14:paraId="65659909" w14:textId="77777777" w:rsidR="000646D4" w:rsidRPr="004166BA" w:rsidRDefault="008B27AE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4166BA">
              <w:rPr>
                <w:sz w:val="20"/>
                <w:szCs w:val="28"/>
              </w:rPr>
              <w:t>Stone  →  bronze  →  iron</w:t>
            </w:r>
          </w:p>
        </w:tc>
      </w:tr>
    </w:tbl>
    <w:p w14:paraId="545F9F7C" w14:textId="77777777" w:rsidR="000646D4" w:rsidRPr="004166BA" w:rsidRDefault="008B27AE">
      <w:pPr>
        <w:spacing w:line="120" w:lineRule="auto"/>
        <w:rPr>
          <w:rFonts w:hint="eastAsia"/>
          <w:sz w:val="22"/>
          <w:szCs w:val="28"/>
        </w:rPr>
      </w:pPr>
      <w:r w:rsidRPr="004166BA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0646D4" w:rsidRPr="004166BA" w14:paraId="59E78132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7376375A" w14:textId="77777777" w:rsidR="000646D4" w:rsidRPr="004166BA" w:rsidRDefault="008B27AE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4166BA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193679B3" w14:textId="77777777" w:rsidR="000646D4" w:rsidRPr="004166BA" w:rsidRDefault="008B27AE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4166BA">
              <w:rPr>
                <w:sz w:val="20"/>
                <w:szCs w:val="28"/>
              </w:rPr>
              <w:t>Happisburgh footprints  •  Cheddar Man  •  Skara Brae  •  Stone Age tools</w:t>
            </w:r>
          </w:p>
        </w:tc>
      </w:tr>
    </w:tbl>
    <w:p w14:paraId="21544BB5" w14:textId="5CA36AF9" w:rsidR="000646D4" w:rsidRDefault="000646D4">
      <w:pPr>
        <w:spacing w:before="40" w:line="262" w:lineRule="auto"/>
        <w:rPr>
          <w:rFonts w:hint="eastAsia"/>
        </w:rPr>
      </w:pPr>
    </w:p>
    <w:sectPr w:rsidR="000646D4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8004710">
    <w:abstractNumId w:val="8"/>
  </w:num>
  <w:num w:numId="2" w16cid:durableId="1215043046">
    <w:abstractNumId w:val="6"/>
  </w:num>
  <w:num w:numId="3" w16cid:durableId="1519154332">
    <w:abstractNumId w:val="5"/>
  </w:num>
  <w:num w:numId="4" w16cid:durableId="153952617">
    <w:abstractNumId w:val="4"/>
  </w:num>
  <w:num w:numId="5" w16cid:durableId="1046560397">
    <w:abstractNumId w:val="7"/>
  </w:num>
  <w:num w:numId="6" w16cid:durableId="941492895">
    <w:abstractNumId w:val="3"/>
  </w:num>
  <w:num w:numId="7" w16cid:durableId="1354575633">
    <w:abstractNumId w:val="2"/>
  </w:num>
  <w:num w:numId="8" w16cid:durableId="1761172273">
    <w:abstractNumId w:val="1"/>
  </w:num>
  <w:num w:numId="9" w16cid:durableId="3678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46D4"/>
    <w:rsid w:val="0015074B"/>
    <w:rsid w:val="0029639D"/>
    <w:rsid w:val="00326F90"/>
    <w:rsid w:val="004166BA"/>
    <w:rsid w:val="00AA1D8D"/>
    <w:rsid w:val="00B47730"/>
    <w:rsid w:val="00CB0664"/>
    <w:rsid w:val="00F20CE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16745C"/>
  <w14:defaultImageDpi w14:val="300"/>
  <w15:docId w15:val="{49F5574C-F91C-4458-84BC-C3CF13A9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EBAFA1-1862-4FF2-BDD3-A2F31F0DB5CE}"/>
</file>

<file path=customXml/itemProps3.xml><?xml version="1.0" encoding="utf-8"?>
<ds:datastoreItem xmlns:ds="http://schemas.openxmlformats.org/officeDocument/2006/customXml" ds:itemID="{5FC71346-B344-4162-BAED-A43521DA9CFD}"/>
</file>

<file path=customXml/itemProps4.xml><?xml version="1.0" encoding="utf-8"?>
<ds:datastoreItem xmlns:ds="http://schemas.openxmlformats.org/officeDocument/2006/customXml" ds:itemID="{1C9C156C-A394-4F18-9195-013948242E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2026-11-06T23:46:00Z</dcterms:created>
  <dcterms:modified xsi:type="dcterms:W3CDTF">2026-11-06T23:46:00Z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2026-11-06T23:46:09Z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af3cee47-d5ab-4888-a52a-e49c68766c8d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