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91277B" w:rsidRPr="00422A8B" w14:paraId="32E2F8D3" w14:textId="77777777" w:rsidTr="00422A8B">
        <w:trPr>
          <w:trHeight w:val="1059"/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63F3F44C" w14:textId="15209672" w:rsidR="0091277B" w:rsidRPr="00422A8B" w:rsidRDefault="00422A8B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>
              <w:rPr>
                <w:rFonts w:hint="eastAsia"/>
                <w:noProof/>
                <w:sz w:val="20"/>
                <w:szCs w:val="24"/>
              </w:rPr>
              <w:drawing>
                <wp:inline distT="0" distB="0" distL="0" distR="0" wp14:anchorId="1E384A30" wp14:editId="5D84D177">
                  <wp:extent cx="967740" cy="967740"/>
                  <wp:effectExtent l="0" t="0" r="3810" b="3810"/>
                  <wp:docPr id="18948530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853064" name="Picture 189485306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740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20EFF2C2" w14:textId="77777777" w:rsidR="0091277B" w:rsidRDefault="00927303">
            <w:pPr>
              <w:spacing w:after="60" w:line="262" w:lineRule="auto"/>
              <w:rPr>
                <w:b/>
                <w:color w:val="F5C84B"/>
                <w:sz w:val="24"/>
                <w:szCs w:val="32"/>
              </w:rPr>
            </w:pPr>
            <w:r w:rsidRPr="00422A8B">
              <w:rPr>
                <w:b/>
                <w:color w:val="F5C84B"/>
                <w:sz w:val="24"/>
                <w:szCs w:val="32"/>
              </w:rPr>
              <w:t xml:space="preserve">YEAR </w:t>
            </w:r>
            <w:proofErr w:type="gramStart"/>
            <w:r w:rsidRPr="00422A8B">
              <w:rPr>
                <w:b/>
                <w:color w:val="F5C84B"/>
                <w:sz w:val="24"/>
                <w:szCs w:val="32"/>
              </w:rPr>
              <w:t>3  •</w:t>
            </w:r>
            <w:proofErr w:type="gramEnd"/>
            <w:r w:rsidRPr="00422A8B">
              <w:rPr>
                <w:b/>
                <w:color w:val="F5C84B"/>
                <w:sz w:val="24"/>
                <w:szCs w:val="32"/>
              </w:rPr>
              <w:t xml:space="preserve">  </w:t>
            </w:r>
            <w:proofErr w:type="gramStart"/>
            <w:r w:rsidRPr="00422A8B">
              <w:rPr>
                <w:b/>
                <w:color w:val="F5C84B"/>
                <w:sz w:val="24"/>
                <w:szCs w:val="32"/>
              </w:rPr>
              <w:t>HISTORY  •</w:t>
            </w:r>
            <w:proofErr w:type="gramEnd"/>
            <w:r w:rsidRPr="00422A8B">
              <w:rPr>
                <w:b/>
                <w:color w:val="F5C84B"/>
                <w:sz w:val="24"/>
                <w:szCs w:val="32"/>
              </w:rPr>
              <w:t xml:space="preserve">  SPRING 2</w:t>
            </w:r>
          </w:p>
          <w:p w14:paraId="308A79B0" w14:textId="77777777" w:rsidR="00422A8B" w:rsidRPr="00422A8B" w:rsidRDefault="00422A8B">
            <w:pPr>
              <w:spacing w:after="60" w:line="262" w:lineRule="auto"/>
              <w:rPr>
                <w:rFonts w:hint="eastAsia"/>
                <w:sz w:val="24"/>
                <w:szCs w:val="32"/>
              </w:rPr>
            </w:pPr>
          </w:p>
          <w:p w14:paraId="3040CC94" w14:textId="77777777" w:rsidR="0091277B" w:rsidRPr="00422A8B" w:rsidRDefault="00927303">
            <w:pPr>
              <w:spacing w:line="262" w:lineRule="auto"/>
              <w:rPr>
                <w:rFonts w:hint="eastAsia"/>
                <w:sz w:val="20"/>
                <w:szCs w:val="24"/>
              </w:rPr>
            </w:pPr>
            <w:r w:rsidRPr="00422A8B">
              <w:rPr>
                <w:b/>
                <w:color w:val="FFFFFF"/>
                <w:sz w:val="48"/>
                <w:szCs w:val="32"/>
              </w:rPr>
              <w:t>Ancient Greece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40F503E9" w14:textId="77777777" w:rsidR="0091277B" w:rsidRPr="00422A8B" w:rsidRDefault="00927303">
            <w:pPr>
              <w:spacing w:after="60" w:line="262" w:lineRule="auto"/>
              <w:jc w:val="center"/>
              <w:rPr>
                <w:rFonts w:hint="eastAsia"/>
                <w:sz w:val="36"/>
                <w:szCs w:val="36"/>
              </w:rPr>
            </w:pPr>
            <w:r w:rsidRPr="00422A8B">
              <w:rPr>
                <w:b/>
                <w:color w:val="972044"/>
                <w:sz w:val="36"/>
                <w:szCs w:val="36"/>
              </w:rPr>
              <w:t>KNOWLEDGE</w:t>
            </w:r>
          </w:p>
          <w:p w14:paraId="12A3D9B0" w14:textId="77777777" w:rsidR="0091277B" w:rsidRPr="00422A8B" w:rsidRDefault="00927303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b/>
                <w:color w:val="972044"/>
                <w:sz w:val="36"/>
                <w:szCs w:val="36"/>
              </w:rPr>
              <w:t>ORGANISER</w:t>
            </w:r>
          </w:p>
        </w:tc>
      </w:tr>
    </w:tbl>
    <w:p w14:paraId="48707FDB" w14:textId="77777777" w:rsidR="0091277B" w:rsidRPr="00422A8B" w:rsidRDefault="00927303">
      <w:pPr>
        <w:spacing w:line="120" w:lineRule="auto"/>
        <w:rPr>
          <w:rFonts w:hint="eastAsia"/>
          <w:sz w:val="20"/>
          <w:szCs w:val="24"/>
        </w:rPr>
      </w:pPr>
      <w:r w:rsidRPr="00422A8B">
        <w:rPr>
          <w:sz w:val="4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91277B" w:rsidRPr="00422A8B" w14:paraId="54EEF10C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1EE5E028" w14:textId="77777777" w:rsidR="0091277B" w:rsidRPr="00422A8B" w:rsidRDefault="00927303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b/>
                <w:color w:val="FFFFFF"/>
                <w:szCs w:val="24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73D53213" w14:textId="77777777" w:rsidR="0091277B" w:rsidRPr="00422A8B" w:rsidRDefault="00927303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b/>
                <w:color w:val="972044"/>
                <w:sz w:val="22"/>
                <w:szCs w:val="24"/>
              </w:rPr>
              <w:t>How did the Ancient Greeks change the world?</w:t>
            </w:r>
          </w:p>
        </w:tc>
      </w:tr>
    </w:tbl>
    <w:p w14:paraId="6DA233CC" w14:textId="77777777" w:rsidR="0091277B" w:rsidRPr="00422A8B" w:rsidRDefault="00927303">
      <w:pPr>
        <w:spacing w:line="120" w:lineRule="auto"/>
        <w:rPr>
          <w:rFonts w:hint="eastAsia"/>
          <w:sz w:val="20"/>
          <w:szCs w:val="24"/>
        </w:rPr>
      </w:pPr>
      <w:r w:rsidRPr="00422A8B">
        <w:rPr>
          <w:sz w:val="4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91277B" w:rsidRPr="00422A8B" w14:paraId="44CB2836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2A9FC2B" w14:textId="77777777" w:rsidR="0091277B" w:rsidRPr="00422A8B" w:rsidRDefault="0091277B">
            <w:pPr>
              <w:rPr>
                <w:rFonts w:hint="eastAsia"/>
                <w:sz w:val="20"/>
                <w:szCs w:val="24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91277B" w:rsidRPr="00422A8B" w14:paraId="0C1B24A3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3BB631" w14:textId="77777777" w:rsidR="0091277B" w:rsidRPr="00422A8B" w:rsidRDefault="00927303">
                  <w:pPr>
                    <w:spacing w:line="262" w:lineRule="auto"/>
                    <w:jc w:val="center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noProof/>
                      <w:sz w:val="20"/>
                      <w:szCs w:val="24"/>
                    </w:rPr>
                    <w:drawing>
                      <wp:inline distT="0" distB="0" distL="0" distR="0" wp14:anchorId="60607FA5" wp14:editId="710DC743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emple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C954F6" w14:textId="77777777" w:rsidR="0091277B" w:rsidRPr="00422A8B" w:rsidRDefault="00927303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CB2652"/>
                      <w:sz w:val="20"/>
                      <w:szCs w:val="24"/>
                    </w:rPr>
                    <w:t>GREEK CITY-STATES</w:t>
                  </w:r>
                </w:p>
                <w:p w14:paraId="3DCD4612" w14:textId="77777777" w:rsidR="0091277B" w:rsidRPr="00422A8B" w:rsidRDefault="00927303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szCs w:val="24"/>
                    </w:rPr>
                    <w:t>from c. 800 BC</w:t>
                  </w:r>
                </w:p>
                <w:p w14:paraId="0705FF2D" w14:textId="77777777" w:rsidR="0091277B" w:rsidRPr="00422A8B" w:rsidRDefault="00927303">
                  <w:pPr>
                    <w:spacing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color w:val="637080"/>
                      <w:sz w:val="16"/>
                      <w:szCs w:val="24"/>
                    </w:rPr>
                    <w:t>Athens, Sparta and others</w:t>
                  </w:r>
                </w:p>
              </w:tc>
            </w:tr>
          </w:tbl>
          <w:p w14:paraId="0859390A" w14:textId="77777777" w:rsidR="0091277B" w:rsidRPr="00422A8B" w:rsidRDefault="0091277B">
            <w:pPr>
              <w:rPr>
                <w:rFonts w:hint="eastAsia"/>
                <w:sz w:val="20"/>
                <w:szCs w:val="24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DF478" w14:textId="77777777" w:rsidR="0091277B" w:rsidRPr="00422A8B" w:rsidRDefault="00927303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b/>
                <w:color w:val="8D6700"/>
                <w:sz w:val="24"/>
                <w:szCs w:val="24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0C89682" w14:textId="77777777" w:rsidR="0091277B" w:rsidRPr="00422A8B" w:rsidRDefault="0091277B">
            <w:pPr>
              <w:rPr>
                <w:rFonts w:hint="eastAsia"/>
                <w:sz w:val="20"/>
                <w:szCs w:val="24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91277B" w:rsidRPr="00422A8B" w14:paraId="62C85ABF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42B6D2" w14:textId="77777777" w:rsidR="0091277B" w:rsidRPr="00422A8B" w:rsidRDefault="00927303">
                  <w:pPr>
                    <w:spacing w:line="262" w:lineRule="auto"/>
                    <w:jc w:val="center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noProof/>
                      <w:sz w:val="20"/>
                      <w:szCs w:val="24"/>
                    </w:rPr>
                    <w:drawing>
                      <wp:inline distT="0" distB="0" distL="0" distR="0" wp14:anchorId="38A24BE1" wp14:editId="4545B800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lexander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6C559A" w14:textId="77777777" w:rsidR="0091277B" w:rsidRPr="00422A8B" w:rsidRDefault="00927303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8D6700"/>
                      <w:sz w:val="20"/>
                      <w:szCs w:val="24"/>
                    </w:rPr>
                    <w:t>ALEXANDER THE GREAT</w:t>
                  </w:r>
                </w:p>
                <w:p w14:paraId="431CECF1" w14:textId="77777777" w:rsidR="0091277B" w:rsidRPr="00422A8B" w:rsidRDefault="00927303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szCs w:val="24"/>
                    </w:rPr>
                    <w:t>336–323 BC</w:t>
                  </w:r>
                </w:p>
                <w:p w14:paraId="47BAC29A" w14:textId="77777777" w:rsidR="0091277B" w:rsidRPr="00422A8B" w:rsidRDefault="00927303">
                  <w:pPr>
                    <w:spacing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color w:val="637080"/>
                      <w:sz w:val="16"/>
                      <w:szCs w:val="24"/>
                    </w:rPr>
                    <w:t>His empire expands</w:t>
                  </w:r>
                </w:p>
              </w:tc>
            </w:tr>
          </w:tbl>
          <w:p w14:paraId="3B4E3232" w14:textId="77777777" w:rsidR="0091277B" w:rsidRPr="00422A8B" w:rsidRDefault="0091277B">
            <w:pPr>
              <w:rPr>
                <w:rFonts w:hint="eastAsia"/>
                <w:sz w:val="20"/>
                <w:szCs w:val="24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875B7" w14:textId="77777777" w:rsidR="0091277B" w:rsidRPr="00422A8B" w:rsidRDefault="00927303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b/>
                <w:color w:val="8D6700"/>
                <w:sz w:val="24"/>
                <w:szCs w:val="24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DF8C73F" w14:textId="77777777" w:rsidR="0091277B" w:rsidRPr="00422A8B" w:rsidRDefault="0091277B">
            <w:pPr>
              <w:rPr>
                <w:rFonts w:hint="eastAsia"/>
                <w:sz w:val="20"/>
                <w:szCs w:val="24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91277B" w:rsidRPr="00422A8B" w14:paraId="02627104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008698" w14:textId="77777777" w:rsidR="0091277B" w:rsidRPr="00422A8B" w:rsidRDefault="00927303">
                  <w:pPr>
                    <w:spacing w:line="262" w:lineRule="auto"/>
                    <w:jc w:val="center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noProof/>
                      <w:sz w:val="20"/>
                      <w:szCs w:val="24"/>
                    </w:rPr>
                    <w:drawing>
                      <wp:inline distT="0" distB="0" distL="0" distR="0" wp14:anchorId="1EB0B9DC" wp14:editId="7CD6E8F0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egacy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382C5D" w14:textId="77777777" w:rsidR="0091277B" w:rsidRPr="00422A8B" w:rsidRDefault="00927303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CB2652"/>
                      <w:sz w:val="20"/>
                      <w:szCs w:val="24"/>
                    </w:rPr>
                    <w:t>GREEK LEGACIES</w:t>
                  </w:r>
                </w:p>
                <w:p w14:paraId="150AE000" w14:textId="77777777" w:rsidR="0091277B" w:rsidRPr="00422A8B" w:rsidRDefault="00927303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szCs w:val="24"/>
                    </w:rPr>
                    <w:t>Today</w:t>
                  </w:r>
                </w:p>
                <w:p w14:paraId="5D402F46" w14:textId="77777777" w:rsidR="0091277B" w:rsidRPr="00422A8B" w:rsidRDefault="00927303">
                  <w:pPr>
                    <w:spacing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color w:val="637080"/>
                      <w:sz w:val="16"/>
                      <w:szCs w:val="24"/>
                    </w:rPr>
                    <w:t>Ideas still shape our lives</w:t>
                  </w:r>
                </w:p>
              </w:tc>
            </w:tr>
          </w:tbl>
          <w:p w14:paraId="15965F1A" w14:textId="77777777" w:rsidR="0091277B" w:rsidRPr="00422A8B" w:rsidRDefault="0091277B">
            <w:pPr>
              <w:rPr>
                <w:rFonts w:hint="eastAsia"/>
                <w:sz w:val="20"/>
                <w:szCs w:val="24"/>
              </w:rPr>
            </w:pPr>
          </w:p>
        </w:tc>
      </w:tr>
    </w:tbl>
    <w:p w14:paraId="40D28033" w14:textId="77777777" w:rsidR="0091277B" w:rsidRPr="00422A8B" w:rsidRDefault="00927303">
      <w:pPr>
        <w:spacing w:line="120" w:lineRule="auto"/>
        <w:rPr>
          <w:rFonts w:hint="eastAsia"/>
          <w:sz w:val="20"/>
          <w:szCs w:val="24"/>
        </w:rPr>
      </w:pPr>
      <w:r w:rsidRPr="00422A8B">
        <w:rPr>
          <w:sz w:val="6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91277B" w:rsidRPr="00422A8B" w14:paraId="6583406B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D0389" w14:textId="77777777" w:rsidR="0091277B" w:rsidRPr="00422A8B" w:rsidRDefault="0091277B">
            <w:pPr>
              <w:rPr>
                <w:rFonts w:hint="eastAsia"/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91277B" w:rsidRPr="00422A8B" w14:paraId="49703522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4ACD84E5" w14:textId="77777777" w:rsidR="0091277B" w:rsidRPr="00422A8B" w:rsidRDefault="00927303">
                  <w:pPr>
                    <w:spacing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FFFFFF"/>
                      <w:sz w:val="22"/>
                      <w:szCs w:val="24"/>
                    </w:rPr>
                    <w:t>WHAT SHOULD I KNOW?</w:t>
                  </w:r>
                </w:p>
              </w:tc>
            </w:tr>
            <w:tr w:rsidR="0091277B" w:rsidRPr="00422A8B" w14:paraId="7AD840B4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70B3416D" w14:textId="77777777" w:rsidR="0091277B" w:rsidRPr="00422A8B" w:rsidRDefault="00927303">
                  <w:pPr>
                    <w:spacing w:after="124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 w:val="20"/>
                      <w:szCs w:val="24"/>
                    </w:rPr>
                    <w:t xml:space="preserve">Who were the Ancient Greeks?  </w:t>
                  </w:r>
                  <w:r w:rsidRPr="00422A8B">
                    <w:rPr>
                      <w:sz w:val="20"/>
                      <w:szCs w:val="24"/>
                    </w:rPr>
                    <w:t>People who lived in a civilisation made up of separate city-states, including Athens and Sparta.</w:t>
                  </w:r>
                </w:p>
                <w:p w14:paraId="27E1D7E7" w14:textId="77777777" w:rsidR="0091277B" w:rsidRPr="00422A8B" w:rsidRDefault="00927303">
                  <w:pPr>
                    <w:spacing w:after="124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 w:val="20"/>
                      <w:szCs w:val="24"/>
                    </w:rPr>
                    <w:t xml:space="preserve">What was life like for children?  </w:t>
                  </w:r>
                  <w:r w:rsidRPr="00422A8B">
                    <w:rPr>
                      <w:sz w:val="20"/>
                      <w:szCs w:val="24"/>
                    </w:rPr>
                    <w:t>Children played games, helped at home and had different experiences depending on their family and city-state.</w:t>
                  </w:r>
                </w:p>
                <w:p w14:paraId="1E248293" w14:textId="77777777" w:rsidR="0091277B" w:rsidRPr="00422A8B" w:rsidRDefault="00927303">
                  <w:pPr>
                    <w:spacing w:after="124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 w:val="20"/>
                      <w:szCs w:val="24"/>
                    </w:rPr>
                    <w:t xml:space="preserve">How were Athens and Sparta different?  </w:t>
                  </w:r>
                  <w:r w:rsidRPr="00422A8B">
                    <w:rPr>
                      <w:sz w:val="20"/>
                      <w:szCs w:val="24"/>
                    </w:rPr>
                    <w:t>Athens valued public life and education, while Sparta was known for its army and military training.</w:t>
                  </w:r>
                </w:p>
                <w:p w14:paraId="79B20A14" w14:textId="77777777" w:rsidR="0091277B" w:rsidRPr="00422A8B" w:rsidRDefault="00927303">
                  <w:pPr>
                    <w:spacing w:after="124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 w:val="20"/>
                      <w:szCs w:val="24"/>
                    </w:rPr>
                    <w:t xml:space="preserve">What did the Ancient Greeks believe?  </w:t>
                  </w:r>
                  <w:r w:rsidRPr="00422A8B">
                    <w:rPr>
                      <w:sz w:val="20"/>
                      <w:szCs w:val="24"/>
                    </w:rPr>
                    <w:t>They worshipped many gods and goddesses, whom they believed controlled different parts of life.</w:t>
                  </w:r>
                </w:p>
                <w:p w14:paraId="3E39A8D0" w14:textId="77777777" w:rsidR="0091277B" w:rsidRPr="00422A8B" w:rsidRDefault="00927303">
                  <w:pPr>
                    <w:spacing w:after="124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 w:val="20"/>
                      <w:szCs w:val="24"/>
                    </w:rPr>
                    <w:t xml:space="preserve">Who was Alexander the Great?  </w:t>
                  </w:r>
                  <w:r w:rsidRPr="00422A8B">
                    <w:rPr>
                      <w:sz w:val="20"/>
                      <w:szCs w:val="24"/>
                    </w:rPr>
                    <w:t>A ruler who conquered lands and built a large empire towards the end of the Ancient Greek period.</w:t>
                  </w:r>
                </w:p>
                <w:p w14:paraId="450DFDAB" w14:textId="77777777" w:rsidR="0091277B" w:rsidRPr="00422A8B" w:rsidRDefault="00927303">
                  <w:pPr>
                    <w:spacing w:after="124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 w:val="20"/>
                      <w:szCs w:val="24"/>
                    </w:rPr>
                    <w:t xml:space="preserve">What does legacy mean?  </w:t>
                  </w:r>
                  <w:r w:rsidRPr="00422A8B">
                    <w:rPr>
                      <w:sz w:val="20"/>
                      <w:szCs w:val="24"/>
                    </w:rPr>
                    <w:t>Something from the past that continues to influence people in the present.</w:t>
                  </w:r>
                </w:p>
                <w:p w14:paraId="44C95540" w14:textId="77777777" w:rsidR="0091277B" w:rsidRPr="00422A8B" w:rsidRDefault="00927303">
                  <w:pPr>
                    <w:spacing w:after="124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 w:val="20"/>
                      <w:szCs w:val="24"/>
                    </w:rPr>
                    <w:t xml:space="preserve">What Greek ideas influence us today?  </w:t>
                  </w:r>
                  <w:r w:rsidRPr="00422A8B">
                    <w:rPr>
                      <w:sz w:val="20"/>
                      <w:szCs w:val="24"/>
                    </w:rPr>
                    <w:t xml:space="preserve">Democracy, the Olympic Games and theatre are important examples of the Ancient </w:t>
                  </w:r>
                  <w:r w:rsidRPr="00422A8B">
                    <w:rPr>
                      <w:sz w:val="20"/>
                      <w:szCs w:val="24"/>
                    </w:rPr>
                    <w:t>Greek</w:t>
                  </w:r>
                  <w:r w:rsidRPr="00422A8B">
                    <w:rPr>
                      <w:sz w:val="20"/>
                      <w:szCs w:val="24"/>
                    </w:rPr>
                    <w:t xml:space="preserve"> legacy.</w:t>
                  </w:r>
                </w:p>
              </w:tc>
            </w:tr>
          </w:tbl>
          <w:p w14:paraId="55372C08" w14:textId="77777777" w:rsidR="0091277B" w:rsidRPr="00422A8B" w:rsidRDefault="0091277B">
            <w:pPr>
              <w:rPr>
                <w:rFonts w:hint="eastAsia"/>
                <w:sz w:val="20"/>
                <w:szCs w:val="24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10573" w14:textId="77777777" w:rsidR="0091277B" w:rsidRPr="00422A8B" w:rsidRDefault="0091277B">
            <w:pPr>
              <w:rPr>
                <w:rFonts w:hint="eastAsia"/>
                <w:sz w:val="20"/>
                <w:szCs w:val="24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5ADEBF" w14:textId="77777777" w:rsidR="0091277B" w:rsidRPr="00422A8B" w:rsidRDefault="0091277B">
            <w:pPr>
              <w:rPr>
                <w:rFonts w:hint="eastAsia"/>
                <w:sz w:val="8"/>
                <w:szCs w:val="1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91277B" w:rsidRPr="00422A8B" w14:paraId="0076D67D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45203AA6" w14:textId="77777777" w:rsidR="0091277B" w:rsidRPr="00422A8B" w:rsidRDefault="00927303">
                  <w:pPr>
                    <w:spacing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 w:val="22"/>
                      <w:szCs w:val="24"/>
                    </w:rPr>
                    <w:t>WORDS TO REMEMBER</w:t>
                  </w:r>
                </w:p>
              </w:tc>
            </w:tr>
            <w:tr w:rsidR="0091277B" w:rsidRPr="00422A8B" w14:paraId="0F95D648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6A0F2744" w14:textId="77777777" w:rsidR="0091277B" w:rsidRPr="00422A8B" w:rsidRDefault="00927303">
                  <w:pPr>
                    <w:spacing w:after="95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Cs w:val="24"/>
                    </w:rPr>
                    <w:t xml:space="preserve">Civilisation  </w:t>
                  </w:r>
                  <w:r w:rsidRPr="00422A8B">
                    <w:rPr>
                      <w:szCs w:val="24"/>
                    </w:rPr>
                    <w:t>a society with shared ways of life and culture</w:t>
                  </w:r>
                </w:p>
                <w:p w14:paraId="62623BD6" w14:textId="77777777" w:rsidR="0091277B" w:rsidRPr="00422A8B" w:rsidRDefault="00927303">
                  <w:pPr>
                    <w:spacing w:after="95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Cs w:val="24"/>
                    </w:rPr>
                    <w:t xml:space="preserve">City-state  </w:t>
                  </w:r>
                  <w:r w:rsidRPr="00422A8B">
                    <w:rPr>
                      <w:szCs w:val="24"/>
                    </w:rPr>
                    <w:t>a city with its own government and surrounding land</w:t>
                  </w:r>
                </w:p>
                <w:p w14:paraId="6D9E67C4" w14:textId="77777777" w:rsidR="0091277B" w:rsidRPr="00422A8B" w:rsidRDefault="00927303">
                  <w:pPr>
                    <w:spacing w:after="95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Cs w:val="24"/>
                    </w:rPr>
                    <w:t xml:space="preserve">Citizen  </w:t>
                  </w:r>
                  <w:r w:rsidRPr="00422A8B">
                    <w:rPr>
                      <w:szCs w:val="24"/>
                    </w:rPr>
                    <w:t>a recognised member of a city or state</w:t>
                  </w:r>
                </w:p>
                <w:p w14:paraId="70FFC109" w14:textId="77777777" w:rsidR="0091277B" w:rsidRPr="00422A8B" w:rsidRDefault="00927303">
                  <w:pPr>
                    <w:spacing w:after="95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Cs w:val="24"/>
                    </w:rPr>
                    <w:t xml:space="preserve">Democracy  </w:t>
                  </w:r>
                  <w:r w:rsidRPr="00422A8B">
                    <w:rPr>
                      <w:szCs w:val="24"/>
                    </w:rPr>
                    <w:t>a system in which citizens take part in decisions</w:t>
                  </w:r>
                </w:p>
                <w:p w14:paraId="1E9D79C5" w14:textId="77777777" w:rsidR="0091277B" w:rsidRPr="00422A8B" w:rsidRDefault="00927303">
                  <w:pPr>
                    <w:spacing w:after="95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Cs w:val="24"/>
                    </w:rPr>
                    <w:t xml:space="preserve">Mythology  </w:t>
                  </w:r>
                  <w:r w:rsidRPr="00422A8B">
                    <w:rPr>
                      <w:szCs w:val="24"/>
                    </w:rPr>
                    <w:t>traditional stories about gods and heroes</w:t>
                  </w:r>
                </w:p>
                <w:p w14:paraId="1A554C04" w14:textId="77777777" w:rsidR="0091277B" w:rsidRPr="00422A8B" w:rsidRDefault="00927303">
                  <w:pPr>
                    <w:spacing w:after="95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Cs w:val="24"/>
                    </w:rPr>
                    <w:t xml:space="preserve">Empire  </w:t>
                  </w:r>
                  <w:r w:rsidRPr="00422A8B">
                    <w:rPr>
                      <w:szCs w:val="24"/>
                    </w:rPr>
                    <w:t>lands ruled by one person or government</w:t>
                  </w:r>
                </w:p>
                <w:p w14:paraId="5551F9F0" w14:textId="77777777" w:rsidR="0091277B" w:rsidRPr="00422A8B" w:rsidRDefault="00927303">
                  <w:pPr>
                    <w:spacing w:after="95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Cs w:val="24"/>
                    </w:rPr>
                    <w:t xml:space="preserve">Legacy  </w:t>
                  </w:r>
                  <w:r w:rsidRPr="00422A8B">
                    <w:rPr>
                      <w:szCs w:val="24"/>
                    </w:rPr>
                    <w:t>something from the past that still matters today</w:t>
                  </w:r>
                </w:p>
                <w:p w14:paraId="44EE46C7" w14:textId="77777777" w:rsidR="0091277B" w:rsidRPr="00422A8B" w:rsidRDefault="00927303">
                  <w:pPr>
                    <w:spacing w:after="95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Cs w:val="24"/>
                    </w:rPr>
                    <w:t xml:space="preserve">Olympics  </w:t>
                  </w:r>
                  <w:r w:rsidRPr="00422A8B">
                    <w:rPr>
                      <w:szCs w:val="24"/>
                    </w:rPr>
                    <w:t>a festival of sporting competitions</w:t>
                  </w:r>
                </w:p>
                <w:p w14:paraId="041E0AED" w14:textId="77777777" w:rsidR="0091277B" w:rsidRPr="00422A8B" w:rsidRDefault="00927303">
                  <w:pPr>
                    <w:spacing w:after="95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972044"/>
                      <w:szCs w:val="24"/>
                    </w:rPr>
                    <w:t xml:space="preserve">Perspective  </w:t>
                  </w:r>
                  <w:r w:rsidRPr="00422A8B">
                    <w:rPr>
                      <w:szCs w:val="24"/>
                    </w:rPr>
                    <w:t>someone’s point of view about events</w:t>
                  </w:r>
                </w:p>
              </w:tc>
            </w:tr>
          </w:tbl>
          <w:p w14:paraId="024A33C5" w14:textId="77777777" w:rsidR="0091277B" w:rsidRPr="00422A8B" w:rsidRDefault="0091277B">
            <w:pPr>
              <w:rPr>
                <w:rFonts w:hint="eastAsia"/>
                <w:sz w:val="14"/>
                <w:szCs w:val="18"/>
              </w:rPr>
            </w:pPr>
          </w:p>
          <w:p w14:paraId="73B0B51A" w14:textId="77777777" w:rsidR="0091277B" w:rsidRPr="00422A8B" w:rsidRDefault="00927303">
            <w:pPr>
              <w:spacing w:line="48" w:lineRule="auto"/>
              <w:rPr>
                <w:rFonts w:hint="eastAsia"/>
                <w:sz w:val="20"/>
                <w:szCs w:val="24"/>
              </w:rPr>
            </w:pPr>
            <w:r w:rsidRPr="00422A8B">
              <w:rPr>
                <w:sz w:val="6"/>
                <w:szCs w:val="24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91277B" w:rsidRPr="00422A8B" w14:paraId="4470278D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5D208A8D" w14:textId="77777777" w:rsidR="0091277B" w:rsidRPr="00422A8B" w:rsidRDefault="00927303">
                  <w:pPr>
                    <w:spacing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b/>
                      <w:color w:val="FFFFFF"/>
                      <w:sz w:val="22"/>
                      <w:szCs w:val="24"/>
                    </w:rPr>
                    <w:t>HISTORY DETECTIVES</w:t>
                  </w:r>
                </w:p>
              </w:tc>
            </w:tr>
            <w:tr w:rsidR="0091277B" w:rsidRPr="00422A8B" w14:paraId="24C21722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1DAA2E62" w14:textId="77777777" w:rsidR="0091277B" w:rsidRPr="00422A8B" w:rsidRDefault="00927303">
                  <w:pPr>
                    <w:spacing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22A8B">
                    <w:rPr>
                      <w:sz w:val="20"/>
                      <w:szCs w:val="24"/>
                    </w:rPr>
                    <w:t>We study pottery, pictures and written sources, and compare different accounts of the past.</w:t>
                  </w:r>
                </w:p>
              </w:tc>
            </w:tr>
          </w:tbl>
          <w:p w14:paraId="44FE294D" w14:textId="77777777" w:rsidR="0091277B" w:rsidRPr="00422A8B" w:rsidRDefault="0091277B">
            <w:pPr>
              <w:rPr>
                <w:rFonts w:hint="eastAsia"/>
                <w:sz w:val="20"/>
                <w:szCs w:val="24"/>
              </w:rPr>
            </w:pPr>
          </w:p>
        </w:tc>
      </w:tr>
    </w:tbl>
    <w:p w14:paraId="774B33B7" w14:textId="77777777" w:rsidR="0091277B" w:rsidRPr="00422A8B" w:rsidRDefault="00927303">
      <w:pPr>
        <w:spacing w:line="120" w:lineRule="auto"/>
        <w:rPr>
          <w:rFonts w:hint="eastAsia"/>
          <w:sz w:val="20"/>
          <w:szCs w:val="24"/>
        </w:rPr>
      </w:pPr>
      <w:r w:rsidRPr="00422A8B">
        <w:rPr>
          <w:sz w:val="6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91277B" w:rsidRPr="00422A8B" w14:paraId="196332D4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1B0BF46F" w14:textId="77777777" w:rsidR="0091277B" w:rsidRPr="00422A8B" w:rsidRDefault="00927303">
            <w:pPr>
              <w:spacing w:after="40"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b/>
                <w:color w:val="CB2652"/>
                <w:sz w:val="20"/>
                <w:szCs w:val="24"/>
              </w:rPr>
              <w:t>EVERYDAY LIFE</w:t>
            </w:r>
          </w:p>
          <w:p w14:paraId="34AD1107" w14:textId="77777777" w:rsidR="0091277B" w:rsidRPr="00422A8B" w:rsidRDefault="00927303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szCs w:val="24"/>
              </w:rPr>
              <w:t>Children • education • city-states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6E73170D" w14:textId="77777777" w:rsidR="0091277B" w:rsidRPr="00422A8B" w:rsidRDefault="00927303">
            <w:pPr>
              <w:spacing w:after="40"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b/>
                <w:color w:val="8D6700"/>
                <w:sz w:val="20"/>
                <w:szCs w:val="24"/>
              </w:rPr>
              <w:t>BELIEFS</w:t>
            </w:r>
          </w:p>
          <w:p w14:paraId="504841F0" w14:textId="77777777" w:rsidR="0091277B" w:rsidRPr="00422A8B" w:rsidRDefault="00927303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szCs w:val="24"/>
              </w:rPr>
              <w:t>Gods • goddesses • worship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7F166388" w14:textId="77777777" w:rsidR="0091277B" w:rsidRPr="00422A8B" w:rsidRDefault="00927303">
            <w:pPr>
              <w:spacing w:after="40"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b/>
                <w:color w:val="CB2652"/>
                <w:sz w:val="20"/>
                <w:szCs w:val="24"/>
              </w:rPr>
              <w:t>LASTING LEGACY</w:t>
            </w:r>
          </w:p>
          <w:p w14:paraId="18F56653" w14:textId="77777777" w:rsidR="0091277B" w:rsidRPr="00422A8B" w:rsidRDefault="00927303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szCs w:val="24"/>
              </w:rPr>
              <w:t>Democracy • Olympics • theatre</w:t>
            </w:r>
          </w:p>
        </w:tc>
      </w:tr>
    </w:tbl>
    <w:p w14:paraId="0DA1BD18" w14:textId="77777777" w:rsidR="0091277B" w:rsidRPr="00422A8B" w:rsidRDefault="00927303">
      <w:pPr>
        <w:spacing w:line="120" w:lineRule="auto"/>
        <w:rPr>
          <w:rFonts w:hint="eastAsia"/>
          <w:sz w:val="20"/>
          <w:szCs w:val="24"/>
        </w:rPr>
      </w:pPr>
      <w:r w:rsidRPr="00422A8B">
        <w:rPr>
          <w:sz w:val="4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91277B" w:rsidRPr="00422A8B" w14:paraId="49F5100B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10DFFF8A" w14:textId="77777777" w:rsidR="0091277B" w:rsidRPr="00422A8B" w:rsidRDefault="00927303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b/>
                <w:color w:val="972044"/>
                <w:szCs w:val="24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7C5AFEFC" w14:textId="77777777" w:rsidR="0091277B" w:rsidRPr="00422A8B" w:rsidRDefault="00927303">
            <w:pPr>
              <w:spacing w:line="262" w:lineRule="auto"/>
              <w:jc w:val="center"/>
              <w:rPr>
                <w:rFonts w:hint="eastAsia"/>
                <w:sz w:val="20"/>
                <w:szCs w:val="24"/>
              </w:rPr>
            </w:pPr>
            <w:r w:rsidRPr="00422A8B">
              <w:rPr>
                <w:szCs w:val="24"/>
              </w:rPr>
              <w:t>Greek pottery  •  Pictures of gods  •  Historical sources about Alexander the Great</w:t>
            </w:r>
          </w:p>
        </w:tc>
      </w:tr>
    </w:tbl>
    <w:p w14:paraId="597551A2" w14:textId="41ACBF03" w:rsidR="0091277B" w:rsidRDefault="0091277B">
      <w:pPr>
        <w:spacing w:before="40" w:line="262" w:lineRule="auto"/>
        <w:rPr>
          <w:rFonts w:hint="eastAsia"/>
        </w:rPr>
      </w:pPr>
    </w:p>
    <w:sectPr w:rsidR="0091277B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0343945">
    <w:abstractNumId w:val="8"/>
  </w:num>
  <w:num w:numId="2" w16cid:durableId="672755519">
    <w:abstractNumId w:val="6"/>
  </w:num>
  <w:num w:numId="3" w16cid:durableId="299387588">
    <w:abstractNumId w:val="5"/>
  </w:num>
  <w:num w:numId="4" w16cid:durableId="720246819">
    <w:abstractNumId w:val="4"/>
  </w:num>
  <w:num w:numId="5" w16cid:durableId="487285180">
    <w:abstractNumId w:val="7"/>
  </w:num>
  <w:num w:numId="6" w16cid:durableId="1826318830">
    <w:abstractNumId w:val="3"/>
  </w:num>
  <w:num w:numId="7" w16cid:durableId="765807432">
    <w:abstractNumId w:val="2"/>
  </w:num>
  <w:num w:numId="8" w16cid:durableId="2139255947">
    <w:abstractNumId w:val="1"/>
  </w:num>
  <w:num w:numId="9" w16cid:durableId="1522695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22A8B"/>
    <w:rsid w:val="0091277B"/>
    <w:rsid w:val="00AA1D8D"/>
    <w:rsid w:val="00B47730"/>
    <w:rsid w:val="00CA0A2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5D63D1"/>
  <w14:defaultImageDpi w14:val="300"/>
  <w15:docId w15:val="{5ACC1023-A822-4E2C-A52A-85EBBBD3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00524C-C0F5-4E80-BCCB-EF99AC8F18B0}"/>
</file>

<file path=customXml/itemProps3.xml><?xml version="1.0" encoding="utf-8"?>
<ds:datastoreItem xmlns:ds="http://schemas.openxmlformats.org/officeDocument/2006/customXml" ds:itemID="{64A9DAE7-F8E2-406B-9FFB-DA54272BB7A2}"/>
</file>

<file path=customXml/itemProps4.xml><?xml version="1.0" encoding="utf-8"?>
<ds:datastoreItem xmlns:ds="http://schemas.openxmlformats.org/officeDocument/2006/customXml" ds:itemID="{C3319ED9-9633-46EF-9AB5-8AC179A45C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2026-11-07T00:09:00Z</dcterms:created>
  <dcterms:modified xsi:type="dcterms:W3CDTF">2026-11-07T00:09:00Z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2026-11-07T00:09:22Z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c3269654-b9c3-46e5-bf40-1dfd4928f94c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