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054A3B" w:rsidRPr="00B82A6F" w14:paraId="739C1FE5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ED507DC" w14:textId="2010A080" w:rsidR="00054A3B" w:rsidRPr="00B82A6F" w:rsidRDefault="00B82A6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6"/>
                <w:szCs w:val="10"/>
              </w:rPr>
              <w:drawing>
                <wp:anchor distT="0" distB="0" distL="114300" distR="114300" simplePos="0" relativeHeight="251662848" behindDoc="0" locked="0" layoutInCell="1" allowOverlap="1" wp14:anchorId="011E617B" wp14:editId="0814B419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-76835</wp:posOffset>
                  </wp:positionV>
                  <wp:extent cx="716280" cy="716280"/>
                  <wp:effectExtent l="0" t="0" r="7620" b="7620"/>
                  <wp:wrapNone/>
                  <wp:docPr id="1088796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796208" name="Picture 108879620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D9B8D17" w14:textId="77777777" w:rsidR="00054A3B" w:rsidRPr="00B82A6F" w:rsidRDefault="00031769">
            <w:pPr>
              <w:spacing w:after="60" w:line="262" w:lineRule="auto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F5C84B"/>
                <w:sz w:val="22"/>
                <w:szCs w:val="28"/>
              </w:rPr>
              <w:t>YEAR 6  •  HISTORY  •  AUTUMN 2</w:t>
            </w:r>
          </w:p>
          <w:p w14:paraId="63808318" w14:textId="77777777" w:rsidR="00054A3B" w:rsidRPr="00B82A6F" w:rsidRDefault="00031769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FFFFFF"/>
                <w:sz w:val="44"/>
                <w:szCs w:val="28"/>
              </w:rPr>
              <w:t>South Africa and Apartheid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54322475" w14:textId="77777777" w:rsidR="00054A3B" w:rsidRPr="00B82A6F" w:rsidRDefault="00031769">
            <w:pPr>
              <w:spacing w:after="60" w:line="262" w:lineRule="auto"/>
              <w:jc w:val="center"/>
              <w:rPr>
                <w:rFonts w:hint="eastAsia"/>
                <w:sz w:val="36"/>
                <w:szCs w:val="36"/>
              </w:rPr>
            </w:pPr>
            <w:r w:rsidRPr="00B82A6F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22AD7632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47809C30" w14:textId="6DB05097" w:rsidR="00054A3B" w:rsidRPr="00B82A6F" w:rsidRDefault="00031769">
      <w:pPr>
        <w:spacing w:line="120" w:lineRule="auto"/>
        <w:rPr>
          <w:rFonts w:hint="eastAsia"/>
          <w:sz w:val="22"/>
          <w:szCs w:val="28"/>
        </w:rPr>
      </w:pPr>
      <w:r w:rsidRPr="00B82A6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054A3B" w:rsidRPr="00B82A6F" w14:paraId="0025088E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2BF4AAFD" w14:textId="61CE8873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645085AC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972044"/>
                <w:sz w:val="24"/>
                <w:szCs w:val="28"/>
              </w:rPr>
              <w:t>How did apartheid affect life in South Africa, and how was it challenged?</w:t>
            </w:r>
          </w:p>
        </w:tc>
      </w:tr>
    </w:tbl>
    <w:p w14:paraId="27C5E6BC" w14:textId="77777777" w:rsidR="00054A3B" w:rsidRPr="00B82A6F" w:rsidRDefault="00031769">
      <w:pPr>
        <w:spacing w:line="120" w:lineRule="auto"/>
        <w:rPr>
          <w:rFonts w:hint="eastAsia"/>
          <w:sz w:val="22"/>
          <w:szCs w:val="28"/>
        </w:rPr>
      </w:pPr>
      <w:r w:rsidRPr="00B82A6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054A3B" w:rsidRPr="00B82A6F" w14:paraId="2A2F45C6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E318825" w14:textId="152C8EBA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54A3B" w:rsidRPr="00B82A6F" w14:paraId="0A6C8D86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0F776" w14:textId="77777777" w:rsidR="00054A3B" w:rsidRPr="00B82A6F" w:rsidRDefault="00031769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06FF4F42" wp14:editId="0B905DDD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partheid_laws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626C2B" w14:textId="7DA0DBC0" w:rsidR="00054A3B" w:rsidRPr="00B82A6F" w:rsidRDefault="0003176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CB2652"/>
                      <w:sz w:val="22"/>
                      <w:szCs w:val="28"/>
                    </w:rPr>
                    <w:t>APARTHEID LAWS</w:t>
                  </w:r>
                </w:p>
                <w:p w14:paraId="1ADC82AB" w14:textId="77777777" w:rsidR="00054A3B" w:rsidRPr="00B82A6F" w:rsidRDefault="0003176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sz w:val="20"/>
                      <w:szCs w:val="28"/>
                    </w:rPr>
                    <w:t>1948</w:t>
                  </w:r>
                </w:p>
                <w:p w14:paraId="188D93D2" w14:textId="77777777" w:rsidR="00054A3B" w:rsidRPr="00B82A6F" w:rsidRDefault="0003176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color w:val="637080"/>
                      <w:szCs w:val="28"/>
                    </w:rPr>
                    <w:t>Racial separation is enforced</w:t>
                  </w:r>
                </w:p>
              </w:tc>
            </w:tr>
          </w:tbl>
          <w:p w14:paraId="017E03EF" w14:textId="77777777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9886B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DA34B3D" w14:textId="77777777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54A3B" w:rsidRPr="00B82A6F" w14:paraId="2706534D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8A245A" w14:textId="77777777" w:rsidR="00054A3B" w:rsidRPr="00B82A6F" w:rsidRDefault="00031769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C6D9451" wp14:editId="52DFC7A2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eaceful_protest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A14537" w14:textId="77777777" w:rsidR="00054A3B" w:rsidRPr="00B82A6F" w:rsidRDefault="0003176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8D6700"/>
                      <w:sz w:val="22"/>
                      <w:szCs w:val="28"/>
                    </w:rPr>
                    <w:t>MANDELA RELEASED</w:t>
                  </w:r>
                </w:p>
                <w:p w14:paraId="17E95BD9" w14:textId="77777777" w:rsidR="00054A3B" w:rsidRPr="00B82A6F" w:rsidRDefault="0003176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sz w:val="20"/>
                      <w:szCs w:val="28"/>
                    </w:rPr>
                    <w:t>1990</w:t>
                  </w:r>
                </w:p>
                <w:p w14:paraId="6E7559E3" w14:textId="77777777" w:rsidR="00054A3B" w:rsidRPr="00B82A6F" w:rsidRDefault="0003176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color w:val="637080"/>
                      <w:szCs w:val="28"/>
                    </w:rPr>
                    <w:t>A step towards democracy</w:t>
                  </w:r>
                </w:p>
              </w:tc>
            </w:tr>
          </w:tbl>
          <w:p w14:paraId="38B671F0" w14:textId="77777777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DCA2C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F81C67D" w14:textId="77777777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54A3B" w:rsidRPr="00B82A6F" w14:paraId="23B1E7E4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A86E57" w14:textId="77777777" w:rsidR="00054A3B" w:rsidRPr="00B82A6F" w:rsidRDefault="00031769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DFA7461" wp14:editId="3C4FA7F9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emocratic_vote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E0402" w14:textId="77777777" w:rsidR="00054A3B" w:rsidRPr="00B82A6F" w:rsidRDefault="0003176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CB2652"/>
                      <w:sz w:val="22"/>
                      <w:szCs w:val="28"/>
                    </w:rPr>
                    <w:t>DEMOCRATIC ELECTION</w:t>
                  </w:r>
                </w:p>
                <w:p w14:paraId="310C72B4" w14:textId="77777777" w:rsidR="00054A3B" w:rsidRPr="00B82A6F" w:rsidRDefault="0003176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sz w:val="20"/>
                      <w:szCs w:val="28"/>
                    </w:rPr>
                    <w:t>1994</w:t>
                  </w:r>
                </w:p>
                <w:p w14:paraId="45994326" w14:textId="77777777" w:rsidR="00054A3B" w:rsidRPr="00B82A6F" w:rsidRDefault="0003176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color w:val="637080"/>
                      <w:szCs w:val="28"/>
                    </w:rPr>
                    <w:t>All races can vote</w:t>
                  </w:r>
                </w:p>
              </w:tc>
            </w:tr>
          </w:tbl>
          <w:p w14:paraId="7B19DC8F" w14:textId="77777777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72947F17" w14:textId="74FDDBC4" w:rsidR="00054A3B" w:rsidRPr="00B82A6F" w:rsidRDefault="00031769">
      <w:pPr>
        <w:spacing w:line="120" w:lineRule="auto"/>
        <w:rPr>
          <w:rFonts w:hint="eastAsia"/>
          <w:sz w:val="22"/>
          <w:szCs w:val="28"/>
        </w:rPr>
      </w:pPr>
      <w:r w:rsidRPr="00B82A6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054A3B" w:rsidRPr="00B82A6F" w14:paraId="779CF857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C7E1B" w14:textId="77777777" w:rsidR="00054A3B" w:rsidRPr="00B82A6F" w:rsidRDefault="00054A3B">
            <w:pPr>
              <w:rPr>
                <w:rFonts w:hint="eastAsia"/>
                <w:sz w:val="2"/>
                <w:szCs w:val="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054A3B" w:rsidRPr="00B82A6F" w14:paraId="170FD51E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36DEA940" w14:textId="5DD4D66F" w:rsidR="00054A3B" w:rsidRPr="00B82A6F" w:rsidRDefault="0003176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054A3B" w:rsidRPr="00B82A6F" w14:paraId="34318F69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556FA3B5" w14:textId="0737FCA4" w:rsidR="00054A3B" w:rsidRPr="00B82A6F" w:rsidRDefault="00031769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What was apartheid?  </w:t>
                  </w:r>
                  <w:r w:rsidRPr="00B82A6F">
                    <w:rPr>
                      <w:sz w:val="20"/>
                      <w:szCs w:val="28"/>
                    </w:rPr>
                    <w:t>A system of racial segregation and unequal rights in South Africa, enforced by government laws from 1948 until the early 1990s.</w:t>
                  </w:r>
                </w:p>
                <w:p w14:paraId="36E83F5B" w14:textId="420526DC" w:rsidR="00054A3B" w:rsidRPr="00B82A6F" w:rsidRDefault="00031769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How did these laws affect people?  </w:t>
                  </w:r>
                  <w:r w:rsidRPr="00B82A6F">
                    <w:rPr>
                      <w:sz w:val="20"/>
                      <w:szCs w:val="28"/>
                    </w:rPr>
                    <w:t>People were separated by race in everyday life. Black South Africans faced unfair restrictions on where they could live, learn and travel.</w:t>
                  </w:r>
                </w:p>
                <w:p w14:paraId="06D34F6B" w14:textId="77777777" w:rsidR="00054A3B" w:rsidRPr="00B82A6F" w:rsidRDefault="00031769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Who resisted apartheid?  </w:t>
                  </w:r>
                  <w:r w:rsidRPr="00B82A6F">
                    <w:rPr>
                      <w:sz w:val="20"/>
                      <w:szCs w:val="28"/>
                    </w:rPr>
                    <w:t>Many people and organisations in South Africa, supported by campaigners around the world, worked to end the system.</w:t>
                  </w:r>
                </w:p>
                <w:p w14:paraId="739A68AD" w14:textId="77777777" w:rsidR="00054A3B" w:rsidRPr="00B82A6F" w:rsidRDefault="00031769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Who was Nelson Mandela?  </w:t>
                  </w:r>
                  <w:r w:rsidRPr="00B82A6F">
                    <w:rPr>
                      <w:sz w:val="20"/>
                      <w:szCs w:val="28"/>
                    </w:rPr>
                    <w:t>A leader in the struggle against apartheid. After many years in prison, he was released in 1990 and became president in 1994.</w:t>
                  </w:r>
                </w:p>
                <w:p w14:paraId="05AEA685" w14:textId="673A3ACF" w:rsidR="00054A3B" w:rsidRPr="00B82A6F" w:rsidRDefault="00031769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Who was Desmond Tutu?  </w:t>
                  </w:r>
                  <w:r w:rsidRPr="00B82A6F">
                    <w:rPr>
                      <w:sz w:val="20"/>
                      <w:szCs w:val="28"/>
                    </w:rPr>
                    <w:t>A Christian church leader who spoke out against apartheid and supported human rights, peaceful change and reconciliation.</w:t>
                  </w:r>
                </w:p>
                <w:p w14:paraId="1836DE90" w14:textId="77777777" w:rsidR="00054A3B" w:rsidRPr="00B82A6F" w:rsidRDefault="00031769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What happened in 1994?  </w:t>
                  </w:r>
                  <w:r w:rsidRPr="00B82A6F">
                    <w:rPr>
                      <w:sz w:val="20"/>
                      <w:szCs w:val="28"/>
                    </w:rPr>
                    <w:t>South Africa held its first national democratic election in which adults of all races could vote. Nelson Mandela became president.</w:t>
                  </w:r>
                </w:p>
                <w:p w14:paraId="0C04EE2B" w14:textId="77777777" w:rsidR="00054A3B" w:rsidRPr="00B82A6F" w:rsidRDefault="00031769">
                  <w:pPr>
                    <w:spacing w:after="104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How do historians investigate apartheid?  </w:t>
                  </w:r>
                  <w:r w:rsidRPr="00B82A6F">
                    <w:rPr>
                      <w:sz w:val="20"/>
                      <w:szCs w:val="28"/>
                    </w:rPr>
                    <w:t>They compare laws, photographs, posters and personal accounts, considering the purpose and viewpoint of each source.</w:t>
                  </w:r>
                </w:p>
              </w:tc>
            </w:tr>
          </w:tbl>
          <w:p w14:paraId="6C5773ED" w14:textId="77777777" w:rsidR="00054A3B" w:rsidRPr="00B82A6F" w:rsidRDefault="00054A3B">
            <w:pPr>
              <w:rPr>
                <w:rFonts w:hint="eastAsia"/>
                <w:sz w:val="10"/>
                <w:szCs w:val="14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7418E" w14:textId="77777777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AEB89" w14:textId="77777777" w:rsidR="00054A3B" w:rsidRPr="00B82A6F" w:rsidRDefault="00054A3B">
            <w:pPr>
              <w:rPr>
                <w:rFonts w:hint="eastAsia"/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054A3B" w:rsidRPr="00B82A6F" w14:paraId="31256B82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6FDA9F7D" w14:textId="77777777" w:rsidR="00054A3B" w:rsidRPr="00B82A6F" w:rsidRDefault="0003176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054A3B" w:rsidRPr="00B82A6F" w14:paraId="784597A9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039A1FB0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Apartheid  </w:t>
                  </w:r>
                  <w:r w:rsidRPr="00B82A6F">
                    <w:rPr>
                      <w:sz w:val="20"/>
                      <w:szCs w:val="28"/>
                    </w:rPr>
                    <w:t>a system of racial separation and discrimination</w:t>
                  </w:r>
                </w:p>
                <w:p w14:paraId="4ABE6506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Segregation  </w:t>
                  </w:r>
                  <w:r w:rsidRPr="00B82A6F">
                    <w:rPr>
                      <w:sz w:val="20"/>
                      <w:szCs w:val="28"/>
                    </w:rPr>
                    <w:t>keeping groups of people separate</w:t>
                  </w:r>
                </w:p>
                <w:p w14:paraId="053678F7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Discrimination  </w:t>
                  </w:r>
                  <w:r w:rsidRPr="00B82A6F">
                    <w:rPr>
                      <w:sz w:val="20"/>
                      <w:szCs w:val="28"/>
                    </w:rPr>
                    <w:t>unfair treatment because of who someone is</w:t>
                  </w:r>
                </w:p>
                <w:p w14:paraId="15CB50C8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Inequality  </w:t>
                  </w:r>
                  <w:r w:rsidRPr="00B82A6F">
                    <w:rPr>
                      <w:sz w:val="20"/>
                      <w:szCs w:val="28"/>
                    </w:rPr>
                    <w:t>unequal rights or opportunities</w:t>
                  </w:r>
                </w:p>
                <w:p w14:paraId="33E6D336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Protest  </w:t>
                  </w:r>
                  <w:r w:rsidRPr="00B82A6F">
                    <w:rPr>
                      <w:sz w:val="20"/>
                      <w:szCs w:val="28"/>
                    </w:rPr>
                    <w:t>speaking or acting against something unfair</w:t>
                  </w:r>
                </w:p>
                <w:p w14:paraId="39418E31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Democracy  </w:t>
                  </w:r>
                  <w:r w:rsidRPr="00B82A6F">
                    <w:rPr>
                      <w:sz w:val="20"/>
                      <w:szCs w:val="28"/>
                    </w:rPr>
                    <w:t>a system where people can choose their leaders</w:t>
                  </w:r>
                </w:p>
                <w:p w14:paraId="22F8C3E5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Propaganda  </w:t>
                  </w:r>
                  <w:r w:rsidRPr="00B82A6F">
                    <w:rPr>
                      <w:sz w:val="20"/>
                      <w:szCs w:val="28"/>
                    </w:rPr>
                    <w:t>messages intended to influence what people think</w:t>
                  </w:r>
                </w:p>
                <w:p w14:paraId="3C7FF6B8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Bias  </w:t>
                  </w:r>
                  <w:r w:rsidRPr="00B82A6F">
                    <w:rPr>
                      <w:sz w:val="20"/>
                      <w:szCs w:val="28"/>
                    </w:rPr>
                    <w:t>favouring one viewpoint over another</w:t>
                  </w:r>
                </w:p>
                <w:p w14:paraId="1428B21C" w14:textId="77777777" w:rsidR="00054A3B" w:rsidRPr="00B82A6F" w:rsidRDefault="00031769">
                  <w:pPr>
                    <w:spacing w:after="71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972044"/>
                      <w:sz w:val="20"/>
                      <w:szCs w:val="28"/>
                    </w:rPr>
                    <w:t xml:space="preserve">Reconciliation  </w:t>
                  </w:r>
                  <w:r w:rsidRPr="00B82A6F">
                    <w:rPr>
                      <w:sz w:val="20"/>
                      <w:szCs w:val="28"/>
                    </w:rPr>
                    <w:t>working to rebuild trust after conflict</w:t>
                  </w:r>
                </w:p>
              </w:tc>
            </w:tr>
          </w:tbl>
          <w:p w14:paraId="20D83724" w14:textId="3E5E892E" w:rsidR="00054A3B" w:rsidRPr="00B82A6F" w:rsidRDefault="00054A3B">
            <w:pPr>
              <w:rPr>
                <w:rFonts w:hint="eastAsia"/>
                <w:sz w:val="6"/>
                <w:szCs w:val="10"/>
              </w:rPr>
            </w:pPr>
          </w:p>
          <w:p w14:paraId="21C82696" w14:textId="77777777" w:rsidR="00054A3B" w:rsidRPr="00B82A6F" w:rsidRDefault="00031769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B82A6F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054A3B" w:rsidRPr="00B82A6F" w14:paraId="592ACD98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67D1F69" w14:textId="77777777" w:rsidR="00054A3B" w:rsidRPr="00B82A6F" w:rsidRDefault="0003176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054A3B" w:rsidRPr="00B82A6F" w14:paraId="50E0175A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5A1E20E0" w14:textId="77777777" w:rsidR="00054A3B" w:rsidRPr="00B82A6F" w:rsidRDefault="0003176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B82A6F">
                    <w:rPr>
                      <w:sz w:val="22"/>
                      <w:szCs w:val="28"/>
                    </w:rPr>
                    <w:t>Compare apartheid-era posters, laws and personal accounts. Who created each source? What was its purpose, and what might it leave out?</w:t>
                  </w:r>
                </w:p>
              </w:tc>
            </w:tr>
          </w:tbl>
          <w:p w14:paraId="3FECB9B4" w14:textId="77777777" w:rsidR="00054A3B" w:rsidRPr="00B82A6F" w:rsidRDefault="00054A3B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5BF02C85" w14:textId="77777777" w:rsidR="00054A3B" w:rsidRPr="00B82A6F" w:rsidRDefault="00031769">
      <w:pPr>
        <w:spacing w:line="120" w:lineRule="auto"/>
        <w:rPr>
          <w:rFonts w:hint="eastAsia"/>
          <w:sz w:val="22"/>
          <w:szCs w:val="28"/>
        </w:rPr>
      </w:pPr>
      <w:r w:rsidRPr="00B82A6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054A3B" w:rsidRPr="00B82A6F" w14:paraId="74EF64FE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27E8E187" w14:textId="77777777" w:rsidR="00054A3B" w:rsidRPr="00B82A6F" w:rsidRDefault="00031769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CB2652"/>
                <w:sz w:val="22"/>
                <w:szCs w:val="28"/>
              </w:rPr>
              <w:t>POWER &amp; INEQUALITY</w:t>
            </w:r>
          </w:p>
          <w:p w14:paraId="2C20D182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sz w:val="20"/>
                <w:szCs w:val="28"/>
              </w:rPr>
              <w:t>Apartheid laws • segregation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2123D6D" w14:textId="77777777" w:rsidR="00054A3B" w:rsidRPr="00B82A6F" w:rsidRDefault="00031769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8D6700"/>
                <w:sz w:val="22"/>
                <w:szCs w:val="28"/>
              </w:rPr>
              <w:t>RESISTANCE &amp; CHANGE</w:t>
            </w:r>
          </w:p>
          <w:p w14:paraId="10CB1FDE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sz w:val="20"/>
                <w:szCs w:val="28"/>
              </w:rPr>
              <w:t>Mandela • Tutu • protest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5B925400" w14:textId="77777777" w:rsidR="00054A3B" w:rsidRPr="00B82A6F" w:rsidRDefault="00031769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CB2652"/>
                <w:sz w:val="22"/>
                <w:szCs w:val="28"/>
              </w:rPr>
              <w:t>RIGHTS &amp; DEMOCRACY</w:t>
            </w:r>
          </w:p>
          <w:p w14:paraId="17AD785E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sz w:val="20"/>
                <w:szCs w:val="28"/>
              </w:rPr>
              <w:t>Elections • equal voting rights</w:t>
            </w:r>
          </w:p>
        </w:tc>
      </w:tr>
    </w:tbl>
    <w:p w14:paraId="1F0262FB" w14:textId="77777777" w:rsidR="00054A3B" w:rsidRPr="00B82A6F" w:rsidRDefault="00031769">
      <w:pPr>
        <w:spacing w:line="120" w:lineRule="auto"/>
        <w:rPr>
          <w:rFonts w:hint="eastAsia"/>
          <w:sz w:val="22"/>
          <w:szCs w:val="28"/>
        </w:rPr>
      </w:pPr>
      <w:r w:rsidRPr="00B82A6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054A3B" w:rsidRPr="00B82A6F" w14:paraId="0496A7D2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399BF0A8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2E6C1CB9" w14:textId="77777777" w:rsidR="00054A3B" w:rsidRPr="00B82A6F" w:rsidRDefault="0003176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B82A6F">
              <w:rPr>
                <w:sz w:val="20"/>
                <w:szCs w:val="28"/>
              </w:rPr>
              <w:t>Photographs  •  Apartheid laws  •  Propaganda posters  •  Personal accounts</w:t>
            </w:r>
          </w:p>
        </w:tc>
      </w:tr>
    </w:tbl>
    <w:p w14:paraId="22B0E920" w14:textId="77777777" w:rsidR="00054A3B" w:rsidRPr="00B82A6F" w:rsidRDefault="00031769">
      <w:pPr>
        <w:spacing w:before="40" w:line="262" w:lineRule="auto"/>
        <w:rPr>
          <w:rFonts w:hint="eastAsia"/>
          <w:sz w:val="22"/>
          <w:szCs w:val="28"/>
        </w:rPr>
      </w:pPr>
      <w:r w:rsidRPr="00B82A6F">
        <w:rPr>
          <w:color w:val="637080"/>
          <w:szCs w:val="28"/>
        </w:rPr>
        <w:t>Link back: Year 5 Windrush explored empire and discrimination. This unit develops understanding of rights, resistance, change and historical interpretations.</w:t>
      </w:r>
    </w:p>
    <w:sectPr w:rsidR="00054A3B" w:rsidRPr="00B82A6F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8713679">
    <w:abstractNumId w:val="8"/>
  </w:num>
  <w:num w:numId="2" w16cid:durableId="1977177367">
    <w:abstractNumId w:val="6"/>
  </w:num>
  <w:num w:numId="3" w16cid:durableId="34041364">
    <w:abstractNumId w:val="5"/>
  </w:num>
  <w:num w:numId="4" w16cid:durableId="360011189">
    <w:abstractNumId w:val="4"/>
  </w:num>
  <w:num w:numId="5" w16cid:durableId="1968199537">
    <w:abstractNumId w:val="7"/>
  </w:num>
  <w:num w:numId="6" w16cid:durableId="380135908">
    <w:abstractNumId w:val="3"/>
  </w:num>
  <w:num w:numId="7" w16cid:durableId="997852775">
    <w:abstractNumId w:val="2"/>
  </w:num>
  <w:num w:numId="8" w16cid:durableId="1930695392">
    <w:abstractNumId w:val="1"/>
  </w:num>
  <w:num w:numId="9" w16cid:durableId="49621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4A3B"/>
    <w:rsid w:val="0006063C"/>
    <w:rsid w:val="0015074B"/>
    <w:rsid w:val="0029639D"/>
    <w:rsid w:val="00326F90"/>
    <w:rsid w:val="00AA1D8D"/>
    <w:rsid w:val="00AF5929"/>
    <w:rsid w:val="00B47730"/>
    <w:rsid w:val="00B82A6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1D82D1"/>
  <w14:defaultImageDpi w14:val="300"/>
  <w15:docId w15:val="{D72C714A-72CB-41FC-9095-3691E566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78B994-AA9F-4C48-B9D2-A08985FDC400}"/>
</file>

<file path=customXml/itemProps3.xml><?xml version="1.0" encoding="utf-8"?>
<ds:datastoreItem xmlns:ds="http://schemas.openxmlformats.org/officeDocument/2006/customXml" ds:itemID="{03F2D30C-DE69-4807-BDC5-13426450C46F}"/>
</file>

<file path=customXml/itemProps4.xml><?xml version="1.0" encoding="utf-8"?>
<ds:datastoreItem xmlns:ds="http://schemas.openxmlformats.org/officeDocument/2006/customXml" ds:itemID="{C0C482CE-6365-4813-BAE0-7CECC6714E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2026-11-07T01:02:00Z</dcterms:created>
  <dcterms:modified xsi:type="dcterms:W3CDTF">2026-11-07T01:02:00Z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2026-11-07T01:02:02Z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0fdbb33d-7acb-419d-a067-51aef8873883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