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6D3994" w:rsidRPr="0065703E" w14:paraId="717C03E6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6C36393D" w14:textId="13068AAB" w:rsidR="006D3994" w:rsidRPr="0065703E" w:rsidRDefault="0065703E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noProof/>
                <w:sz w:val="22"/>
                <w:szCs w:val="28"/>
              </w:rPr>
              <w:drawing>
                <wp:inline distT="0" distB="0" distL="0" distR="0" wp14:anchorId="7D028A20" wp14:editId="1C6D62B7">
                  <wp:extent cx="1191895" cy="1191895"/>
                  <wp:effectExtent l="0" t="0" r="8255" b="8255"/>
                  <wp:docPr id="15372357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235760" name="Picture 153723576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895" cy="1191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73EC13C" w14:textId="77777777" w:rsidR="006D3994" w:rsidRPr="0065703E" w:rsidRDefault="00F40110">
            <w:pPr>
              <w:spacing w:after="60" w:line="262" w:lineRule="auto"/>
              <w:rPr>
                <w:rFonts w:hint="eastAsia"/>
                <w:sz w:val="24"/>
                <w:szCs w:val="32"/>
              </w:rPr>
            </w:pPr>
            <w:r w:rsidRPr="0065703E">
              <w:rPr>
                <w:b/>
                <w:color w:val="F5C84B"/>
                <w:sz w:val="24"/>
                <w:szCs w:val="32"/>
              </w:rPr>
              <w:t>YEAR 2  •  HISTORY  •  SPRING 2</w:t>
            </w:r>
          </w:p>
          <w:p w14:paraId="3D88002D" w14:textId="77777777" w:rsidR="006D3994" w:rsidRPr="0065703E" w:rsidRDefault="00F40110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65703E">
              <w:rPr>
                <w:b/>
                <w:color w:val="FFFFFF"/>
                <w:sz w:val="44"/>
                <w:szCs w:val="28"/>
              </w:rPr>
              <w:t>Journeys and Explorers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257B8F0C" w14:textId="77777777" w:rsidR="006D3994" w:rsidRPr="0065703E" w:rsidRDefault="00F40110">
            <w:pPr>
              <w:spacing w:after="60" w:line="262" w:lineRule="auto"/>
              <w:jc w:val="center"/>
              <w:rPr>
                <w:rFonts w:hint="eastAsia"/>
                <w:sz w:val="36"/>
                <w:szCs w:val="36"/>
              </w:rPr>
            </w:pPr>
            <w:r w:rsidRPr="0065703E">
              <w:rPr>
                <w:b/>
                <w:color w:val="972044"/>
                <w:sz w:val="36"/>
                <w:szCs w:val="36"/>
              </w:rPr>
              <w:t>KNOWLEDGE</w:t>
            </w:r>
          </w:p>
          <w:p w14:paraId="102B8AE4" w14:textId="77777777" w:rsidR="006D3994" w:rsidRPr="0065703E" w:rsidRDefault="00F4011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b/>
                <w:color w:val="972044"/>
                <w:sz w:val="36"/>
                <w:szCs w:val="36"/>
              </w:rPr>
              <w:t>ORGANISER</w:t>
            </w:r>
          </w:p>
        </w:tc>
      </w:tr>
    </w:tbl>
    <w:p w14:paraId="3DAE7BCD" w14:textId="77777777" w:rsidR="006D3994" w:rsidRPr="0065703E" w:rsidRDefault="00F40110">
      <w:pPr>
        <w:spacing w:line="120" w:lineRule="auto"/>
        <w:rPr>
          <w:rFonts w:hint="eastAsia"/>
          <w:sz w:val="22"/>
          <w:szCs w:val="28"/>
        </w:rPr>
      </w:pPr>
      <w:r w:rsidRPr="0065703E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6D3994" w:rsidRPr="0065703E" w14:paraId="462525DF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69D03B04" w14:textId="77777777" w:rsidR="006D3994" w:rsidRPr="0065703E" w:rsidRDefault="00F4011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7474F698" w14:textId="77777777" w:rsidR="006D3994" w:rsidRPr="0065703E" w:rsidRDefault="00F4011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b/>
                <w:color w:val="972044"/>
                <w:sz w:val="24"/>
                <w:szCs w:val="28"/>
              </w:rPr>
              <w:t>What journeys really stand out and inspire us to explore the world?</w:t>
            </w:r>
          </w:p>
        </w:tc>
      </w:tr>
    </w:tbl>
    <w:p w14:paraId="1A2AB135" w14:textId="77777777" w:rsidR="006D3994" w:rsidRPr="0065703E" w:rsidRDefault="00F40110">
      <w:pPr>
        <w:spacing w:line="120" w:lineRule="auto"/>
        <w:rPr>
          <w:rFonts w:hint="eastAsia"/>
          <w:sz w:val="22"/>
          <w:szCs w:val="28"/>
        </w:rPr>
      </w:pPr>
      <w:r w:rsidRPr="0065703E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6D3994" w:rsidRPr="0065703E" w14:paraId="13B0573B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2DD05E2" w14:textId="77777777" w:rsidR="006D3994" w:rsidRPr="0065703E" w:rsidRDefault="006D3994">
            <w:pPr>
              <w:rPr>
                <w:rFonts w:hint="eastAsia"/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6D3994" w:rsidRPr="0065703E" w14:paraId="5447B129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37A1D2" w14:textId="77777777" w:rsidR="006D3994" w:rsidRPr="0065703E" w:rsidRDefault="00F40110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6F3D85FB" wp14:editId="2649E9E4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ldmap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47AC5E" w14:textId="77777777" w:rsidR="006D3994" w:rsidRPr="0065703E" w:rsidRDefault="00F4011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CB2652"/>
                      <w:sz w:val="22"/>
                      <w:szCs w:val="28"/>
                    </w:rPr>
                    <w:t>IBN BATTUTA</w:t>
                  </w:r>
                </w:p>
                <w:p w14:paraId="29AC32AB" w14:textId="77777777" w:rsidR="006D3994" w:rsidRPr="0065703E" w:rsidRDefault="00F4011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sz w:val="20"/>
                      <w:szCs w:val="28"/>
                    </w:rPr>
                    <w:t>1300s</w:t>
                  </w:r>
                </w:p>
                <w:p w14:paraId="4E209D84" w14:textId="77777777" w:rsidR="006D3994" w:rsidRPr="0065703E" w:rsidRDefault="00F4011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color w:val="637080"/>
                      <w:szCs w:val="28"/>
                    </w:rPr>
                    <w:t>Travelled and wrote about journeys</w:t>
                  </w:r>
                </w:p>
              </w:tc>
            </w:tr>
          </w:tbl>
          <w:p w14:paraId="5D64546C" w14:textId="77777777" w:rsidR="006D3994" w:rsidRPr="0065703E" w:rsidRDefault="006D3994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7ADF7" w14:textId="77777777" w:rsidR="006D3994" w:rsidRPr="0065703E" w:rsidRDefault="00F4011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AA9CACD" w14:textId="77777777" w:rsidR="006D3994" w:rsidRPr="0065703E" w:rsidRDefault="006D3994">
            <w:pPr>
              <w:rPr>
                <w:rFonts w:hint="eastAsia"/>
                <w:sz w:val="8"/>
                <w:szCs w:val="1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6D3994" w:rsidRPr="0065703E" w14:paraId="7A449A6C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D5EDDE" w14:textId="77777777" w:rsidR="006D3994" w:rsidRPr="0065703E" w:rsidRDefault="00F40110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7C9EA578" wp14:editId="6D3EDE08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ailing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133DDC" w14:textId="77777777" w:rsidR="006D3994" w:rsidRPr="0065703E" w:rsidRDefault="00F4011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8D6700"/>
                      <w:sz w:val="22"/>
                      <w:szCs w:val="28"/>
                    </w:rPr>
                    <w:t>COLUMBUS</w:t>
                  </w:r>
                </w:p>
                <w:p w14:paraId="6D38DD16" w14:textId="77777777" w:rsidR="006D3994" w:rsidRPr="0065703E" w:rsidRDefault="00F4011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sz w:val="20"/>
                      <w:szCs w:val="28"/>
                    </w:rPr>
                    <w:t>1492</w:t>
                  </w:r>
                </w:p>
                <w:p w14:paraId="39868FBA" w14:textId="77777777" w:rsidR="006D3994" w:rsidRPr="0065703E" w:rsidRDefault="00F4011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color w:val="637080"/>
                      <w:szCs w:val="28"/>
                    </w:rPr>
                    <w:t>Sailed west across the Atlantic</w:t>
                  </w:r>
                </w:p>
              </w:tc>
            </w:tr>
          </w:tbl>
          <w:p w14:paraId="34E528DB" w14:textId="77777777" w:rsidR="006D3994" w:rsidRPr="0065703E" w:rsidRDefault="006D3994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D2AB4" w14:textId="77777777" w:rsidR="006D3994" w:rsidRPr="0065703E" w:rsidRDefault="00F4011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F3C30BA" w14:textId="77777777" w:rsidR="006D3994" w:rsidRPr="0065703E" w:rsidRDefault="006D3994">
            <w:pPr>
              <w:rPr>
                <w:rFonts w:hint="eastAsia"/>
                <w:sz w:val="4"/>
                <w:szCs w:val="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6D3994" w:rsidRPr="0065703E" w14:paraId="0B49BB2A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263AA4" w14:textId="77777777" w:rsidR="006D3994" w:rsidRPr="0065703E" w:rsidRDefault="00F40110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1FD8D969" wp14:editId="5D195866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olar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A49511" w14:textId="77777777" w:rsidR="006D3994" w:rsidRPr="0065703E" w:rsidRDefault="00F4011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CB2652"/>
                      <w:sz w:val="22"/>
                      <w:szCs w:val="28"/>
                    </w:rPr>
                    <w:t>POLAR JOURNEYS</w:t>
                  </w:r>
                </w:p>
                <w:p w14:paraId="50F7B82B" w14:textId="77777777" w:rsidR="006D3994" w:rsidRPr="0065703E" w:rsidRDefault="00F40110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sz w:val="20"/>
                      <w:szCs w:val="28"/>
                    </w:rPr>
                    <w:t>1900s to today</w:t>
                  </w:r>
                </w:p>
                <w:p w14:paraId="4A61215D" w14:textId="77777777" w:rsidR="006D3994" w:rsidRPr="0065703E" w:rsidRDefault="00F4011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color w:val="637080"/>
                      <w:szCs w:val="28"/>
                    </w:rPr>
                    <w:t>Henson, Shackleton and Aston</w:t>
                  </w:r>
                </w:p>
              </w:tc>
            </w:tr>
          </w:tbl>
          <w:p w14:paraId="269DED96" w14:textId="77777777" w:rsidR="006D3994" w:rsidRPr="0065703E" w:rsidRDefault="006D3994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6F0F2DB3" w14:textId="77777777" w:rsidR="006D3994" w:rsidRPr="0065703E" w:rsidRDefault="00F40110">
      <w:pPr>
        <w:spacing w:line="120" w:lineRule="auto"/>
        <w:rPr>
          <w:rFonts w:hint="eastAsia"/>
          <w:sz w:val="22"/>
          <w:szCs w:val="28"/>
        </w:rPr>
      </w:pPr>
      <w:r w:rsidRPr="0065703E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6D3994" w:rsidRPr="0065703E" w14:paraId="3CCB7269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91FDE" w14:textId="77777777" w:rsidR="006D3994" w:rsidRPr="0065703E" w:rsidRDefault="006D3994">
            <w:pPr>
              <w:rPr>
                <w:rFonts w:hint="eastAsia"/>
                <w:sz w:val="4"/>
                <w:szCs w:val="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6D3994" w:rsidRPr="0065703E" w14:paraId="592855FB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5A285A98" w14:textId="77777777" w:rsidR="006D3994" w:rsidRPr="0065703E" w:rsidRDefault="00F4011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6D3994" w:rsidRPr="0065703E" w14:paraId="5C2014DD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7B775313" w14:textId="77777777" w:rsidR="006D3994" w:rsidRPr="0065703E" w:rsidRDefault="00F40110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Why did people explore?  </w:t>
                  </w:r>
                  <w:r w:rsidRPr="0065703E">
                    <w:rPr>
                      <w:sz w:val="20"/>
                      <w:szCs w:val="28"/>
                    </w:rPr>
                    <w:t>Explorers travelled for reasons such as learning about places, trade or reaching new routes.</w:t>
                  </w:r>
                </w:p>
                <w:p w14:paraId="2BBAF863" w14:textId="77777777" w:rsidR="006D3994" w:rsidRPr="0065703E" w:rsidRDefault="00F40110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Who was Ibn Battuta?  </w:t>
                  </w:r>
                  <w:r w:rsidRPr="0065703E">
                    <w:rPr>
                      <w:sz w:val="20"/>
                      <w:szCs w:val="28"/>
                    </w:rPr>
                    <w:t>A traveller who visited many places about 700 years ago. His journeys were recorded in a book called the Rihla.</w:t>
                  </w:r>
                </w:p>
                <w:p w14:paraId="3ED7CACD" w14:textId="77777777" w:rsidR="006D3994" w:rsidRPr="0065703E" w:rsidRDefault="00F40110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Who was Christopher Columbus?  </w:t>
                  </w:r>
                  <w:r w:rsidRPr="0065703E">
                    <w:rPr>
                      <w:sz w:val="20"/>
                      <w:szCs w:val="28"/>
                    </w:rPr>
                    <w:t>In 1492, he sailed west hoping to reach Asia and reached parts of the Americas where people already lived.</w:t>
                  </w:r>
                </w:p>
                <w:p w14:paraId="778BF655" w14:textId="77777777" w:rsidR="006D3994" w:rsidRPr="0065703E" w:rsidRDefault="00F40110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Who was Ernest Shackleton?  </w:t>
                  </w:r>
                  <w:r w:rsidRPr="0065703E">
                    <w:rPr>
                      <w:sz w:val="20"/>
                      <w:szCs w:val="28"/>
                    </w:rPr>
                    <w:t>He led the Endurance expedition to Antarctica. The attempt to cross the continent failed, but his crew survived.</w:t>
                  </w:r>
                </w:p>
                <w:p w14:paraId="4F760F3E" w14:textId="77777777" w:rsidR="006D3994" w:rsidRPr="0065703E" w:rsidRDefault="00F40110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Who was Matthew Henson?  </w:t>
                  </w:r>
                  <w:r w:rsidRPr="0065703E">
                    <w:rPr>
                      <w:sz w:val="20"/>
                      <w:szCs w:val="28"/>
                    </w:rPr>
                    <w:t>An explorer on a North Pole expedition in 1909. His achievements were not always recognised fairly.</w:t>
                  </w:r>
                </w:p>
                <w:p w14:paraId="7F339ACE" w14:textId="77777777" w:rsidR="006D3994" w:rsidRPr="0065703E" w:rsidRDefault="00F40110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Who is Felicity Aston?  </w:t>
                  </w:r>
                  <w:r w:rsidRPr="0065703E">
                    <w:rPr>
                      <w:sz w:val="20"/>
                      <w:szCs w:val="28"/>
                    </w:rPr>
                    <w:t>A modern polar explorer. Her journeys help us compare exploration now with journeys long ago.</w:t>
                  </w:r>
                </w:p>
                <w:p w14:paraId="79C6D681" w14:textId="77777777" w:rsidR="006D3994" w:rsidRPr="0065703E" w:rsidRDefault="00F40110" w:rsidP="0065703E">
                  <w:pPr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What has changed?  </w:t>
                  </w:r>
                  <w:r w:rsidRPr="0065703E">
                    <w:rPr>
                      <w:sz w:val="20"/>
                      <w:szCs w:val="28"/>
                    </w:rPr>
                    <w:t>Explorers today can use better equipment, communication and navigation than explorers in the past.</w:t>
                  </w:r>
                </w:p>
              </w:tc>
            </w:tr>
          </w:tbl>
          <w:p w14:paraId="55CD41D1" w14:textId="77777777" w:rsidR="006D3994" w:rsidRPr="0065703E" w:rsidRDefault="006D3994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2DF78" w14:textId="77777777" w:rsidR="006D3994" w:rsidRPr="0065703E" w:rsidRDefault="006D3994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3D1B0" w14:textId="77777777" w:rsidR="006D3994" w:rsidRPr="0065703E" w:rsidRDefault="006D3994">
            <w:pPr>
              <w:rPr>
                <w:rFonts w:hint="eastAsia"/>
                <w:sz w:val="4"/>
                <w:szCs w:val="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6D3994" w:rsidRPr="0065703E" w14:paraId="4BD334DE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633037A2" w14:textId="77777777" w:rsidR="006D3994" w:rsidRPr="0065703E" w:rsidRDefault="00F4011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6D3994" w:rsidRPr="0065703E" w14:paraId="4015B5E3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009FFB86" w14:textId="77777777" w:rsidR="006D3994" w:rsidRPr="0065703E" w:rsidRDefault="00F40110">
                  <w:pPr>
                    <w:spacing w:after="118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Explorer  </w:t>
                  </w:r>
                  <w:r w:rsidRPr="0065703E">
                    <w:rPr>
                      <w:sz w:val="20"/>
                      <w:szCs w:val="28"/>
                    </w:rPr>
                    <w:t>someone who travels to learn about places</w:t>
                  </w:r>
                </w:p>
                <w:p w14:paraId="1480F31D" w14:textId="77777777" w:rsidR="006D3994" w:rsidRPr="0065703E" w:rsidRDefault="00F40110">
                  <w:pPr>
                    <w:spacing w:after="118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Expedition  </w:t>
                  </w:r>
                  <w:r w:rsidRPr="0065703E">
                    <w:rPr>
                      <w:sz w:val="20"/>
                      <w:szCs w:val="28"/>
                    </w:rPr>
                    <w:t>a journey made for a particular purpose</w:t>
                  </w:r>
                </w:p>
                <w:p w14:paraId="31FB5230" w14:textId="77777777" w:rsidR="006D3994" w:rsidRPr="0065703E" w:rsidRDefault="00F40110">
                  <w:pPr>
                    <w:spacing w:after="118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Journey  </w:t>
                  </w:r>
                  <w:r w:rsidRPr="0065703E">
                    <w:rPr>
                      <w:sz w:val="20"/>
                      <w:szCs w:val="28"/>
                    </w:rPr>
                    <w:t>travelling from one place to another</w:t>
                  </w:r>
                </w:p>
                <w:p w14:paraId="118CD8B0" w14:textId="77777777" w:rsidR="006D3994" w:rsidRPr="0065703E" w:rsidRDefault="00F40110">
                  <w:pPr>
                    <w:spacing w:after="118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Significant  </w:t>
                  </w:r>
                  <w:r w:rsidRPr="0065703E">
                    <w:rPr>
                      <w:sz w:val="20"/>
                      <w:szCs w:val="28"/>
                    </w:rPr>
                    <w:t>important enough to remember</w:t>
                  </w:r>
                </w:p>
                <w:p w14:paraId="6361A094" w14:textId="77777777" w:rsidR="006D3994" w:rsidRPr="0065703E" w:rsidRDefault="00F40110">
                  <w:pPr>
                    <w:spacing w:after="118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Evidence  </w:t>
                  </w:r>
                  <w:r w:rsidRPr="0065703E">
                    <w:rPr>
                      <w:sz w:val="20"/>
                      <w:szCs w:val="28"/>
                    </w:rPr>
                    <w:t>clues that help us learn about the past</w:t>
                  </w:r>
                </w:p>
                <w:p w14:paraId="335A3EA5" w14:textId="77777777" w:rsidR="006D3994" w:rsidRPr="0065703E" w:rsidRDefault="00F40110">
                  <w:pPr>
                    <w:spacing w:after="118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Polar  </w:t>
                  </w:r>
                  <w:r w:rsidRPr="0065703E">
                    <w:rPr>
                      <w:sz w:val="20"/>
                      <w:szCs w:val="28"/>
                    </w:rPr>
                    <w:t>connected with the North or South Pole</w:t>
                  </w:r>
                </w:p>
                <w:p w14:paraId="28221F41" w14:textId="77777777" w:rsidR="006D3994" w:rsidRPr="0065703E" w:rsidRDefault="00F40110">
                  <w:pPr>
                    <w:spacing w:after="118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972044"/>
                      <w:sz w:val="20"/>
                      <w:szCs w:val="28"/>
                    </w:rPr>
                    <w:t xml:space="preserve">Technology  </w:t>
                  </w:r>
                  <w:r w:rsidRPr="0065703E">
                    <w:rPr>
                      <w:sz w:val="20"/>
                      <w:szCs w:val="28"/>
                    </w:rPr>
                    <w:t>tools and equipment that help people</w:t>
                  </w:r>
                </w:p>
              </w:tc>
            </w:tr>
          </w:tbl>
          <w:p w14:paraId="1BEFA4ED" w14:textId="77777777" w:rsidR="006D3994" w:rsidRPr="0065703E" w:rsidRDefault="006D3994">
            <w:pPr>
              <w:rPr>
                <w:rFonts w:hint="eastAsia"/>
                <w:sz w:val="8"/>
                <w:szCs w:val="12"/>
              </w:rPr>
            </w:pPr>
          </w:p>
          <w:p w14:paraId="5396DB4F" w14:textId="77777777" w:rsidR="006D3994" w:rsidRPr="0065703E" w:rsidRDefault="00F40110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65703E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6D3994" w:rsidRPr="0065703E" w14:paraId="02F5C756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5D683CEA" w14:textId="77777777" w:rsidR="006D3994" w:rsidRPr="0065703E" w:rsidRDefault="00F4011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6D3994" w:rsidRPr="0065703E" w14:paraId="7E295233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29ECD80E" w14:textId="77777777" w:rsidR="006D3994" w:rsidRPr="0065703E" w:rsidRDefault="00F40110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65703E">
                    <w:rPr>
                      <w:sz w:val="22"/>
                      <w:szCs w:val="28"/>
                    </w:rPr>
                    <w:t>Look at old and new exploration photographs and maps. What has changed? Whose stories might be missing?</w:t>
                  </w:r>
                </w:p>
              </w:tc>
            </w:tr>
          </w:tbl>
          <w:p w14:paraId="12435974" w14:textId="77777777" w:rsidR="006D3994" w:rsidRPr="0065703E" w:rsidRDefault="006D3994">
            <w:pPr>
              <w:rPr>
                <w:rFonts w:hint="eastAsia"/>
                <w:sz w:val="14"/>
                <w:szCs w:val="18"/>
              </w:rPr>
            </w:pPr>
          </w:p>
        </w:tc>
      </w:tr>
    </w:tbl>
    <w:p w14:paraId="63F0F39E" w14:textId="77777777" w:rsidR="006D3994" w:rsidRPr="0065703E" w:rsidRDefault="00F40110">
      <w:pPr>
        <w:spacing w:line="120" w:lineRule="auto"/>
        <w:rPr>
          <w:rFonts w:hint="eastAsia"/>
          <w:sz w:val="22"/>
          <w:szCs w:val="28"/>
        </w:rPr>
      </w:pPr>
      <w:r w:rsidRPr="0065703E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6D3994" w:rsidRPr="0065703E" w14:paraId="64997CC4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2DBEED8F" w14:textId="77777777" w:rsidR="006D3994" w:rsidRPr="0065703E" w:rsidRDefault="00F40110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b/>
                <w:color w:val="CB2652"/>
                <w:sz w:val="22"/>
                <w:szCs w:val="28"/>
              </w:rPr>
              <w:t>WHEN &amp; WHERE</w:t>
            </w:r>
          </w:p>
          <w:p w14:paraId="10AC55C7" w14:textId="77777777" w:rsidR="006D3994" w:rsidRPr="0065703E" w:rsidRDefault="00F4011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sz w:val="20"/>
                <w:szCs w:val="28"/>
              </w:rPr>
              <w:t>Maps • journeys • timelines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3E636A11" w14:textId="77777777" w:rsidR="006D3994" w:rsidRPr="0065703E" w:rsidRDefault="00F40110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b/>
                <w:color w:val="8D6700"/>
                <w:sz w:val="22"/>
                <w:szCs w:val="28"/>
              </w:rPr>
              <w:t>CHALLENGES</w:t>
            </w:r>
          </w:p>
          <w:p w14:paraId="06E8DF8D" w14:textId="77777777" w:rsidR="006D3994" w:rsidRPr="0065703E" w:rsidRDefault="00F4011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sz w:val="20"/>
                <w:szCs w:val="28"/>
              </w:rPr>
              <w:t>Travel • risk • survival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2ED4E1BD" w14:textId="77777777" w:rsidR="006D3994" w:rsidRPr="0065703E" w:rsidRDefault="00F40110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b/>
                <w:color w:val="CB2652"/>
                <w:sz w:val="22"/>
                <w:szCs w:val="28"/>
              </w:rPr>
              <w:t>SIGNIFICANCE</w:t>
            </w:r>
          </w:p>
          <w:p w14:paraId="37E4EE5F" w14:textId="77777777" w:rsidR="006D3994" w:rsidRPr="0065703E" w:rsidRDefault="00F4011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sz w:val="20"/>
                <w:szCs w:val="28"/>
              </w:rPr>
              <w:t>Achievements • fair recognition</w:t>
            </w:r>
          </w:p>
        </w:tc>
      </w:tr>
    </w:tbl>
    <w:p w14:paraId="6F544544" w14:textId="77777777" w:rsidR="006D3994" w:rsidRPr="0065703E" w:rsidRDefault="00F40110">
      <w:pPr>
        <w:spacing w:line="120" w:lineRule="auto"/>
        <w:rPr>
          <w:rFonts w:hint="eastAsia"/>
          <w:sz w:val="22"/>
          <w:szCs w:val="28"/>
        </w:rPr>
      </w:pPr>
      <w:r w:rsidRPr="0065703E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6D3994" w:rsidRPr="0065703E" w14:paraId="4EBBFD4B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0EF22849" w14:textId="77777777" w:rsidR="006D3994" w:rsidRPr="0065703E" w:rsidRDefault="00F4011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7B001F41" w14:textId="77777777" w:rsidR="006D3994" w:rsidRPr="0065703E" w:rsidRDefault="00F4011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65703E">
              <w:rPr>
                <w:sz w:val="20"/>
                <w:szCs w:val="28"/>
              </w:rPr>
              <w:t>Maps  •  Ibn Battuta’s written account  •  Photographs  •  Expedition stories</w:t>
            </w:r>
          </w:p>
        </w:tc>
      </w:tr>
    </w:tbl>
    <w:p w14:paraId="1CF109AE" w14:textId="77777777" w:rsidR="006D3994" w:rsidRPr="0065703E" w:rsidRDefault="00F40110">
      <w:pPr>
        <w:spacing w:before="40" w:line="262" w:lineRule="auto"/>
        <w:rPr>
          <w:rFonts w:hint="eastAsia"/>
          <w:sz w:val="22"/>
          <w:szCs w:val="28"/>
        </w:rPr>
      </w:pPr>
      <w:r w:rsidRPr="0065703E">
        <w:rPr>
          <w:color w:val="637080"/>
          <w:szCs w:val="28"/>
        </w:rPr>
        <w:t>Builds on Year 1: significant people and flight. Prepares for later units about exploration and innovation.</w:t>
      </w:r>
    </w:p>
    <w:sectPr w:rsidR="006D3994" w:rsidRPr="0065703E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44872553">
    <w:abstractNumId w:val="8"/>
  </w:num>
  <w:num w:numId="2" w16cid:durableId="354579790">
    <w:abstractNumId w:val="6"/>
  </w:num>
  <w:num w:numId="3" w16cid:durableId="877081909">
    <w:abstractNumId w:val="5"/>
  </w:num>
  <w:num w:numId="4" w16cid:durableId="1250000035">
    <w:abstractNumId w:val="4"/>
  </w:num>
  <w:num w:numId="5" w16cid:durableId="431630879">
    <w:abstractNumId w:val="7"/>
  </w:num>
  <w:num w:numId="6" w16cid:durableId="772868158">
    <w:abstractNumId w:val="3"/>
  </w:num>
  <w:num w:numId="7" w16cid:durableId="849218984">
    <w:abstractNumId w:val="2"/>
  </w:num>
  <w:num w:numId="8" w16cid:durableId="533544703">
    <w:abstractNumId w:val="1"/>
  </w:num>
  <w:num w:numId="9" w16cid:durableId="523321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5703E"/>
    <w:rsid w:val="006D3994"/>
    <w:rsid w:val="00AA1D8D"/>
    <w:rsid w:val="00B47730"/>
    <w:rsid w:val="00CB0664"/>
    <w:rsid w:val="00F42B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0D14B4"/>
  <w14:defaultImageDpi w14:val="300"/>
  <w15:docId w15:val="{62F663E1-3067-4916-8133-FA5378E3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F9AE42-659B-434C-8018-E0548E34E8DD}"/>
</file>

<file path=customXml/itemProps3.xml><?xml version="1.0" encoding="utf-8"?>
<ds:datastoreItem xmlns:ds="http://schemas.openxmlformats.org/officeDocument/2006/customXml" ds:itemID="{1A552D86-78FE-4FA4-B9F5-41A1B8E1584C}"/>
</file>

<file path=customXml/itemProps4.xml><?xml version="1.0" encoding="utf-8"?>
<ds:datastoreItem xmlns:ds="http://schemas.openxmlformats.org/officeDocument/2006/customXml" ds:itemID="{F82E97FF-0A86-46D9-B822-478AEA7D42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2026-11-07T01:16:00Z</dcterms:created>
  <dcterms:modified xsi:type="dcterms:W3CDTF">2026-11-07T01:16:00Z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2026-11-07T01:16:47Z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c26e7976-99c2-4977-892f-29adeb6af9e5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