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6F46D6" w:rsidRPr="00F57908" w14:paraId="4EA0E9D3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B4DA40A" w14:textId="0735B057" w:rsidR="006F46D6" w:rsidRPr="00F57908" w:rsidRDefault="00F57908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14"/>
                <w:szCs w:val="18"/>
              </w:rPr>
              <w:drawing>
                <wp:anchor distT="0" distB="0" distL="114300" distR="114300" simplePos="0" relativeHeight="251659776" behindDoc="0" locked="0" layoutInCell="1" allowOverlap="1" wp14:anchorId="21B91D97" wp14:editId="52CD2859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-168275</wp:posOffset>
                  </wp:positionV>
                  <wp:extent cx="824230" cy="824230"/>
                  <wp:effectExtent l="0" t="0" r="0" b="0"/>
                  <wp:wrapNone/>
                  <wp:docPr id="592868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868871" name="Picture 59286887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30" cy="82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C9B0034" w14:textId="77777777" w:rsidR="006F46D6" w:rsidRPr="00F57908" w:rsidRDefault="00C442DA">
            <w:pPr>
              <w:spacing w:after="60" w:line="262" w:lineRule="auto"/>
              <w:rPr>
                <w:rFonts w:hint="eastAsia"/>
                <w:sz w:val="28"/>
                <w:szCs w:val="36"/>
              </w:rPr>
            </w:pPr>
            <w:r w:rsidRPr="00F57908">
              <w:rPr>
                <w:b/>
                <w:color w:val="F5C84B"/>
                <w:sz w:val="28"/>
                <w:szCs w:val="36"/>
              </w:rPr>
              <w:t>YEAR 2  •  HISTORY  •  AUTUMN 2</w:t>
            </w:r>
          </w:p>
          <w:p w14:paraId="1163AC60" w14:textId="77777777" w:rsidR="006F46D6" w:rsidRPr="00F57908" w:rsidRDefault="00C442DA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FFFFFF"/>
                <w:sz w:val="44"/>
                <w:szCs w:val="28"/>
              </w:rPr>
              <w:t>The Great Fire of London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37D89E7D" w14:textId="77777777" w:rsidR="006F46D6" w:rsidRPr="00F57908" w:rsidRDefault="00C442DA">
            <w:pPr>
              <w:spacing w:after="60" w:line="262" w:lineRule="auto"/>
              <w:jc w:val="center"/>
              <w:rPr>
                <w:rFonts w:hint="eastAsia"/>
                <w:sz w:val="36"/>
                <w:szCs w:val="36"/>
              </w:rPr>
            </w:pPr>
            <w:r w:rsidRPr="00F57908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0C45036B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0E372836" w14:textId="77777777" w:rsidR="006F46D6" w:rsidRPr="00F57908" w:rsidRDefault="00C442DA">
      <w:pPr>
        <w:spacing w:line="120" w:lineRule="auto"/>
        <w:rPr>
          <w:rFonts w:hint="eastAsia"/>
          <w:sz w:val="22"/>
          <w:szCs w:val="28"/>
        </w:rPr>
      </w:pPr>
      <w:r w:rsidRPr="00F5790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6F46D6" w:rsidRPr="00F57908" w14:paraId="3AC60C0F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750E49F3" w14:textId="4B07D9A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4037E12B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972044"/>
                <w:sz w:val="24"/>
                <w:szCs w:val="28"/>
              </w:rPr>
              <w:t>What caused the Great Fire of London and how did it change London?</w:t>
            </w:r>
          </w:p>
        </w:tc>
      </w:tr>
    </w:tbl>
    <w:p w14:paraId="5AC96254" w14:textId="77777777" w:rsidR="006F46D6" w:rsidRPr="00F57908" w:rsidRDefault="00C442DA">
      <w:pPr>
        <w:spacing w:line="120" w:lineRule="auto"/>
        <w:rPr>
          <w:rFonts w:hint="eastAsia"/>
          <w:sz w:val="22"/>
          <w:szCs w:val="28"/>
        </w:rPr>
      </w:pPr>
      <w:r w:rsidRPr="00F5790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6F46D6" w:rsidRPr="00F57908" w14:paraId="6F082228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ACE2A45" w14:textId="12C0E523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F46D6" w:rsidRPr="00F57908" w14:paraId="7CBBB577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389FA3" w14:textId="5326F020" w:rsidR="006F46D6" w:rsidRPr="00F57908" w:rsidRDefault="00C442DA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05BE4180" wp14:editId="6EE38844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akery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5112BE" w14:textId="1C27F5A1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CB2652"/>
                      <w:sz w:val="22"/>
                      <w:szCs w:val="28"/>
                    </w:rPr>
                    <w:t>FIRE STARTS</w:t>
                  </w:r>
                </w:p>
                <w:p w14:paraId="7E48FDC1" w14:textId="77777777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sz w:val="20"/>
                      <w:szCs w:val="28"/>
                    </w:rPr>
                    <w:t>2 September 1666</w:t>
                  </w:r>
                </w:p>
                <w:p w14:paraId="513BC32F" w14:textId="6A58DC3C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color w:val="637080"/>
                      <w:szCs w:val="28"/>
                    </w:rPr>
                    <w:t>A bakery in Pudding Lane</w:t>
                  </w:r>
                </w:p>
              </w:tc>
            </w:tr>
          </w:tbl>
          <w:p w14:paraId="482D9CCD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E54702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EE1C5BC" w14:textId="1DD3D520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F46D6" w:rsidRPr="00F57908" w14:paraId="41CE2FFA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6B8501" w14:textId="77777777" w:rsidR="006F46D6" w:rsidRPr="00F57908" w:rsidRDefault="00C442DA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9EF7E75" wp14:editId="63D31BC1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ire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DA4AB0" w14:textId="77777777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8D6700"/>
                      <w:sz w:val="22"/>
                      <w:szCs w:val="28"/>
                    </w:rPr>
                    <w:t>FIRE SPREADS</w:t>
                  </w:r>
                </w:p>
                <w:p w14:paraId="226FF4D1" w14:textId="77777777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sz w:val="20"/>
                      <w:szCs w:val="28"/>
                    </w:rPr>
                    <w:t>September 1666</w:t>
                  </w:r>
                </w:p>
                <w:p w14:paraId="3C0FB637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color w:val="637080"/>
                      <w:szCs w:val="28"/>
                    </w:rPr>
                    <w:t>Houses and streets burn</w:t>
                  </w:r>
                </w:p>
              </w:tc>
            </w:tr>
          </w:tbl>
          <w:p w14:paraId="1E13550D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29548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C15E8E2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6F46D6" w:rsidRPr="00F57908" w14:paraId="0924198C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941E5D" w14:textId="77777777" w:rsidR="006F46D6" w:rsidRPr="00F57908" w:rsidRDefault="00C442DA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4DC9F5E" wp14:editId="0EDAB457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rebuild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5D9DCB" w14:textId="77777777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CB2652"/>
                      <w:sz w:val="22"/>
                      <w:szCs w:val="28"/>
                    </w:rPr>
                    <w:t>LONDON REBUILDS</w:t>
                  </w:r>
                </w:p>
                <w:p w14:paraId="727B3D93" w14:textId="77777777" w:rsidR="006F46D6" w:rsidRPr="00F57908" w:rsidRDefault="00C442DA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sz w:val="20"/>
                      <w:szCs w:val="28"/>
                    </w:rPr>
                    <w:t>After 1666</w:t>
                  </w:r>
                </w:p>
                <w:p w14:paraId="7CF61F85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color w:val="637080"/>
                      <w:szCs w:val="28"/>
                    </w:rPr>
                    <w:t>Buildings and rules change</w:t>
                  </w:r>
                </w:p>
              </w:tc>
            </w:tr>
          </w:tbl>
          <w:p w14:paraId="48F4B672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26134435" w14:textId="77777777" w:rsidR="006F46D6" w:rsidRPr="00F57908" w:rsidRDefault="00C442DA">
      <w:pPr>
        <w:spacing w:line="120" w:lineRule="auto"/>
        <w:rPr>
          <w:rFonts w:hint="eastAsia"/>
          <w:sz w:val="2"/>
          <w:szCs w:val="12"/>
        </w:rPr>
      </w:pPr>
      <w:r w:rsidRPr="00F57908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6F46D6" w:rsidRPr="00F57908" w14:paraId="4A6311C5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C597A" w14:textId="77777777" w:rsidR="006F46D6" w:rsidRPr="00F57908" w:rsidRDefault="006F46D6">
            <w:pPr>
              <w:rPr>
                <w:rFonts w:hint="eastAsia"/>
                <w:sz w:val="12"/>
                <w:szCs w:val="16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6F46D6" w:rsidRPr="00F57908" w14:paraId="0B6D699C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C718E50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6F46D6" w:rsidRPr="00F57908" w14:paraId="20F48442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F793147" w14:textId="7D4B6CF6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When and where did it happen?  </w:t>
                  </w:r>
                  <w:r w:rsidRPr="00F57908">
                    <w:rPr>
                      <w:sz w:val="22"/>
                      <w:szCs w:val="28"/>
                    </w:rPr>
                    <w:t>The Great Fire began in a bakery in Pudding Lane, London, in September 1666.</w:t>
                  </w:r>
                </w:p>
                <w:p w14:paraId="6764660E" w14:textId="77777777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Why did the fire spread?  </w:t>
                  </w:r>
                  <w:r w:rsidRPr="00F57908">
                    <w:rPr>
                      <w:sz w:val="22"/>
                      <w:szCs w:val="28"/>
                    </w:rPr>
                    <w:t>Many houses were wooden and close together. Strong wind, dry weather and limited firefighting made the fire spread quickly.</w:t>
                  </w:r>
                </w:p>
                <w:p w14:paraId="11AC0B45" w14:textId="77777777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What happened to London?  </w:t>
                  </w:r>
                  <w:r w:rsidRPr="00F57908">
                    <w:rPr>
                      <w:sz w:val="22"/>
                      <w:szCs w:val="28"/>
                    </w:rPr>
                    <w:t>Thousands of homes and many buildings burned down, leaving many people without homes.</w:t>
                  </w:r>
                </w:p>
                <w:p w14:paraId="103903ED" w14:textId="58778D63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Who was Samuel Pepys?  </w:t>
                  </w:r>
                  <w:r w:rsidRPr="00F57908">
                    <w:rPr>
                      <w:sz w:val="22"/>
                      <w:szCs w:val="28"/>
                    </w:rPr>
                    <w:t>A man who saw the fire and wrote about it in his diary. His words are an important historical source.</w:t>
                  </w:r>
                </w:p>
                <w:p w14:paraId="765854DD" w14:textId="77777777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What changed after the fire?  </w:t>
                  </w:r>
                  <w:r w:rsidRPr="00F57908">
                    <w:rPr>
                      <w:sz w:val="22"/>
                      <w:szCs w:val="28"/>
                    </w:rPr>
                    <w:t>Parts of London were rebuilt. New rules encouraged buildings made with brick and stone to reduce fire risks.</w:t>
                  </w:r>
                </w:p>
                <w:p w14:paraId="35BCA436" w14:textId="77777777" w:rsidR="006F46D6" w:rsidRPr="00F57908" w:rsidRDefault="00C442DA">
                  <w:pPr>
                    <w:spacing w:after="140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2"/>
                      <w:szCs w:val="28"/>
                    </w:rPr>
                    <w:t xml:space="preserve">How can we investigate the fire?  </w:t>
                  </w:r>
                  <w:r w:rsidRPr="00F57908">
                    <w:rPr>
                      <w:sz w:val="22"/>
                      <w:szCs w:val="28"/>
                    </w:rPr>
                    <w:t>Diaries, pictures and old maps help us find out what happened and what changed.</w:t>
                  </w:r>
                </w:p>
              </w:tc>
            </w:tr>
          </w:tbl>
          <w:p w14:paraId="5F82AD3E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D187D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13BA4" w14:textId="6D4C56C5" w:rsidR="006F46D6" w:rsidRPr="00F57908" w:rsidRDefault="006F46D6">
            <w:pPr>
              <w:rPr>
                <w:rFonts w:hint="eastAsia"/>
                <w:sz w:val="14"/>
                <w:szCs w:val="1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6F46D6" w:rsidRPr="00F57908" w14:paraId="55DF3FD1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0B9E050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6F46D6" w:rsidRPr="00F57908" w14:paraId="66AE0213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0A01E33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Bakery  </w:t>
                  </w:r>
                  <w:r w:rsidRPr="00F57908">
                    <w:rPr>
                      <w:sz w:val="20"/>
                      <w:szCs w:val="28"/>
                    </w:rPr>
                    <w:t>a place where bread is made</w:t>
                  </w:r>
                </w:p>
                <w:p w14:paraId="49B36C3C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Pudding Lane  </w:t>
                  </w:r>
                  <w:r w:rsidRPr="00F57908">
                    <w:rPr>
                      <w:sz w:val="20"/>
                      <w:szCs w:val="28"/>
                    </w:rPr>
                    <w:t>the London street where the fire began</w:t>
                  </w:r>
                </w:p>
                <w:p w14:paraId="034C0E3F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Cause  </w:t>
                  </w:r>
                  <w:r w:rsidRPr="00F57908">
                    <w:rPr>
                      <w:sz w:val="20"/>
                      <w:szCs w:val="28"/>
                    </w:rPr>
                    <w:t>why something happened</w:t>
                  </w:r>
                </w:p>
                <w:p w14:paraId="17CB2F33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Consequence  </w:t>
                  </w:r>
                  <w:r w:rsidRPr="00F57908">
                    <w:rPr>
                      <w:sz w:val="20"/>
                      <w:szCs w:val="28"/>
                    </w:rPr>
                    <w:t>what happened as a result</w:t>
                  </w:r>
                </w:p>
                <w:p w14:paraId="68DE86BA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Eyewitness  </w:t>
                  </w:r>
                  <w:r w:rsidRPr="00F57908">
                    <w:rPr>
                      <w:sz w:val="20"/>
                      <w:szCs w:val="28"/>
                    </w:rPr>
                    <w:t>someone who saw an event</w:t>
                  </w:r>
                </w:p>
                <w:p w14:paraId="3BE37E30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Diary  </w:t>
                  </w:r>
                  <w:r w:rsidRPr="00F57908">
                    <w:rPr>
                      <w:sz w:val="20"/>
                      <w:szCs w:val="28"/>
                    </w:rPr>
                    <w:t>a written record of what someone experienced</w:t>
                  </w:r>
                </w:p>
                <w:p w14:paraId="216CD181" w14:textId="77777777" w:rsidR="006F46D6" w:rsidRPr="00F57908" w:rsidRDefault="00C442DA">
                  <w:pPr>
                    <w:spacing w:after="128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972044"/>
                      <w:sz w:val="20"/>
                      <w:szCs w:val="28"/>
                    </w:rPr>
                    <w:t xml:space="preserve">Source  </w:t>
                  </w:r>
                  <w:r w:rsidRPr="00F57908">
                    <w:rPr>
                      <w:sz w:val="20"/>
                      <w:szCs w:val="28"/>
                    </w:rPr>
                    <w:t>something that tells us about the past</w:t>
                  </w:r>
                </w:p>
              </w:tc>
            </w:tr>
          </w:tbl>
          <w:p w14:paraId="3C92864B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  <w:p w14:paraId="5C36BA98" w14:textId="77777777" w:rsidR="006F46D6" w:rsidRPr="00F57908" w:rsidRDefault="00C442DA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F57908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6F46D6" w:rsidRPr="00F57908" w14:paraId="573EA074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3AA140C5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6F46D6" w:rsidRPr="00F57908" w14:paraId="10214801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189E68A5" w14:textId="77777777" w:rsidR="006F46D6" w:rsidRPr="00F57908" w:rsidRDefault="00C442DA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F57908">
                    <w:rPr>
                      <w:sz w:val="22"/>
                      <w:szCs w:val="28"/>
                    </w:rPr>
                    <w:t>Read an extract from Samuel Pepys’s diary. What can it tell us about the fire?</w:t>
                  </w:r>
                </w:p>
              </w:tc>
            </w:tr>
          </w:tbl>
          <w:p w14:paraId="67D3FB78" w14:textId="77777777" w:rsidR="006F46D6" w:rsidRPr="00F57908" w:rsidRDefault="006F46D6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55AD90FA" w14:textId="77777777" w:rsidR="006F46D6" w:rsidRPr="00F57908" w:rsidRDefault="00C442DA">
      <w:pPr>
        <w:spacing w:line="120" w:lineRule="auto"/>
        <w:rPr>
          <w:rFonts w:hint="eastAsia"/>
          <w:sz w:val="22"/>
          <w:szCs w:val="28"/>
        </w:rPr>
      </w:pPr>
      <w:r w:rsidRPr="00F57908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6F46D6" w:rsidRPr="00F57908" w14:paraId="180E60A4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E9F9B90" w14:textId="77777777" w:rsidR="006F46D6" w:rsidRPr="00F57908" w:rsidRDefault="00C442DA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CB2652"/>
                <w:sz w:val="22"/>
                <w:szCs w:val="28"/>
              </w:rPr>
              <w:t>BEFORE &amp; AFTER</w:t>
            </w:r>
          </w:p>
          <w:p w14:paraId="4C1FCDDC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sz w:val="20"/>
                <w:szCs w:val="28"/>
              </w:rPr>
              <w:t>London in 1666 • London now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B295626" w14:textId="77777777" w:rsidR="006F46D6" w:rsidRPr="00F57908" w:rsidRDefault="00C442DA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8D6700"/>
                <w:sz w:val="22"/>
                <w:szCs w:val="28"/>
              </w:rPr>
              <w:t>CAUSE &amp; RESULT</w:t>
            </w:r>
          </w:p>
          <w:p w14:paraId="7BDAD8DA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sz w:val="20"/>
                <w:szCs w:val="28"/>
              </w:rPr>
              <w:t>Wooden homes • fire • rebuilding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15BE1683" w14:textId="77777777" w:rsidR="006F46D6" w:rsidRPr="00F57908" w:rsidRDefault="00C442DA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CB2652"/>
                <w:sz w:val="22"/>
                <w:szCs w:val="28"/>
              </w:rPr>
              <w:t>EVIDENCE</w:t>
            </w:r>
          </w:p>
          <w:p w14:paraId="3872680C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sz w:val="20"/>
                <w:szCs w:val="28"/>
              </w:rPr>
              <w:t>Pepys’s diary • pictures • maps</w:t>
            </w:r>
          </w:p>
        </w:tc>
      </w:tr>
    </w:tbl>
    <w:p w14:paraId="7A9E239B" w14:textId="77777777" w:rsidR="006F46D6" w:rsidRPr="00F57908" w:rsidRDefault="00C442DA">
      <w:pPr>
        <w:spacing w:line="120" w:lineRule="auto"/>
        <w:rPr>
          <w:rFonts w:hint="eastAsia"/>
          <w:sz w:val="22"/>
          <w:szCs w:val="28"/>
        </w:rPr>
      </w:pPr>
      <w:r w:rsidRPr="00F5790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6F46D6" w:rsidRPr="00F57908" w14:paraId="0A9A858D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1FC8DBB6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77A185E4" w14:textId="77777777" w:rsidR="006F46D6" w:rsidRPr="00F57908" w:rsidRDefault="00C442DA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F57908">
              <w:rPr>
                <w:sz w:val="20"/>
                <w:szCs w:val="28"/>
              </w:rPr>
              <w:t>Samuel Pepys’s diary  •  Paintings  •  Old maps  •  Historical accounts</w:t>
            </w:r>
          </w:p>
        </w:tc>
      </w:tr>
    </w:tbl>
    <w:p w14:paraId="6502204D" w14:textId="77777777" w:rsidR="006F46D6" w:rsidRPr="00F57908" w:rsidRDefault="00C442DA">
      <w:pPr>
        <w:spacing w:before="40" w:line="262" w:lineRule="auto"/>
        <w:rPr>
          <w:rFonts w:hint="eastAsia"/>
          <w:sz w:val="22"/>
          <w:szCs w:val="28"/>
        </w:rPr>
      </w:pPr>
      <w:r w:rsidRPr="00F57908">
        <w:rPr>
          <w:color w:val="637080"/>
          <w:szCs w:val="28"/>
        </w:rPr>
        <w:t>Builds on Year 1: timelines and sources. Prepares for later learning about causes, consequences and change.</w:t>
      </w:r>
    </w:p>
    <w:sectPr w:rsidR="006F46D6" w:rsidRPr="00F57908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71568178">
    <w:abstractNumId w:val="8"/>
  </w:num>
  <w:num w:numId="2" w16cid:durableId="131411566">
    <w:abstractNumId w:val="6"/>
  </w:num>
  <w:num w:numId="3" w16cid:durableId="351346728">
    <w:abstractNumId w:val="5"/>
  </w:num>
  <w:num w:numId="4" w16cid:durableId="44531580">
    <w:abstractNumId w:val="4"/>
  </w:num>
  <w:num w:numId="5" w16cid:durableId="1851868047">
    <w:abstractNumId w:val="7"/>
  </w:num>
  <w:num w:numId="6" w16cid:durableId="816412872">
    <w:abstractNumId w:val="3"/>
  </w:num>
  <w:num w:numId="7" w16cid:durableId="1431201958">
    <w:abstractNumId w:val="2"/>
  </w:num>
  <w:num w:numId="8" w16cid:durableId="1433011703">
    <w:abstractNumId w:val="1"/>
  </w:num>
  <w:num w:numId="9" w16cid:durableId="1552424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F46D6"/>
    <w:rsid w:val="00AA1D8D"/>
    <w:rsid w:val="00B47730"/>
    <w:rsid w:val="00CB0664"/>
    <w:rsid w:val="00F57908"/>
    <w:rsid w:val="00F834E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CEE5F0"/>
  <w14:defaultImageDpi w14:val="300"/>
  <w15:docId w15:val="{816D0721-5CCA-4B7A-B02A-2E5FD0C91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A296CF-6498-4289-A051-6978197AC366}"/>
</file>

<file path=customXml/itemProps3.xml><?xml version="1.0" encoding="utf-8"?>
<ds:datastoreItem xmlns:ds="http://schemas.openxmlformats.org/officeDocument/2006/customXml" ds:itemID="{75E8A8C7-A9D7-46EC-AA46-B894BFCC137D}"/>
</file>

<file path=customXml/itemProps4.xml><?xml version="1.0" encoding="utf-8"?>
<ds:datastoreItem xmlns:ds="http://schemas.openxmlformats.org/officeDocument/2006/customXml" ds:itemID="{9F9085F7-F7D5-40B8-AC42-FA544FC686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2026-11-07T01:14:00Z</dcterms:created>
  <dcterms:modified xsi:type="dcterms:W3CDTF">2026-11-07T01:14:00Z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2026-11-07T01:14:39Z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3d448e91-d223-4d45-b349-7ed6c342e612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