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7"/>
        <w:gridCol w:w="10267"/>
        <w:gridCol w:w="3658"/>
      </w:tblGrid>
      <w:tr w:rsidR="00C45B27" w:rsidRPr="00624128" w14:paraId="25BAD1BD" w14:textId="77777777">
        <w:trPr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62BA8802" w14:textId="0EAF93FC" w:rsidR="00C45B27" w:rsidRPr="00624128" w:rsidRDefault="00624128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624128">
              <w:rPr>
                <w:rFonts w:hint="eastAsia"/>
                <w:noProof/>
                <w:sz w:val="10"/>
                <w:szCs w:val="14"/>
              </w:rPr>
              <w:drawing>
                <wp:anchor distT="0" distB="0" distL="114300" distR="114300" simplePos="0" relativeHeight="251658752" behindDoc="0" locked="0" layoutInCell="1" allowOverlap="1" wp14:anchorId="00CCD6C2" wp14:editId="53858394">
                  <wp:simplePos x="0" y="0"/>
                  <wp:positionH relativeFrom="column">
                    <wp:posOffset>205740</wp:posOffset>
                  </wp:positionH>
                  <wp:positionV relativeFrom="paragraph">
                    <wp:posOffset>-198755</wp:posOffset>
                  </wp:positionV>
                  <wp:extent cx="891540" cy="891540"/>
                  <wp:effectExtent l="0" t="0" r="3810" b="3810"/>
                  <wp:wrapNone/>
                  <wp:docPr id="10887962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8796208" name="Picture 108879620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40" cy="891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0267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2900990F" w14:textId="77777777" w:rsidR="00C45B27" w:rsidRPr="00624128" w:rsidRDefault="00B013EC">
            <w:pPr>
              <w:spacing w:after="60" w:line="262" w:lineRule="auto"/>
              <w:rPr>
                <w:sz w:val="24"/>
                <w:szCs w:val="32"/>
              </w:rPr>
            </w:pPr>
            <w:r w:rsidRPr="00624128">
              <w:rPr>
                <w:b/>
                <w:color w:val="F5C84B"/>
                <w:sz w:val="24"/>
                <w:szCs w:val="32"/>
              </w:rPr>
              <w:t>YEAR 1  •  HISTORY  •  AUTUMN 2</w:t>
            </w:r>
          </w:p>
          <w:p w14:paraId="16FC903F" w14:textId="77777777" w:rsidR="00C45B27" w:rsidRPr="00624128" w:rsidRDefault="00B013EC">
            <w:pPr>
              <w:spacing w:line="262" w:lineRule="auto"/>
              <w:rPr>
                <w:sz w:val="22"/>
                <w:szCs w:val="28"/>
              </w:rPr>
            </w:pPr>
            <w:r w:rsidRPr="00624128">
              <w:rPr>
                <w:b/>
                <w:color w:val="FFFFFF"/>
                <w:sz w:val="44"/>
                <w:szCs w:val="28"/>
              </w:rPr>
              <w:t>Toys Then and Now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72367269" w14:textId="77777777" w:rsidR="00C45B27" w:rsidRPr="00624128" w:rsidRDefault="00B013EC">
            <w:pPr>
              <w:spacing w:after="60" w:line="262" w:lineRule="auto"/>
              <w:jc w:val="center"/>
              <w:rPr>
                <w:sz w:val="36"/>
                <w:szCs w:val="36"/>
              </w:rPr>
            </w:pPr>
            <w:r w:rsidRPr="00624128">
              <w:rPr>
                <w:b/>
                <w:color w:val="972044"/>
                <w:sz w:val="36"/>
                <w:szCs w:val="36"/>
              </w:rPr>
              <w:t>KNOWLEDGE</w:t>
            </w:r>
          </w:p>
          <w:p w14:paraId="2DD028D2" w14:textId="77777777" w:rsidR="00C45B27" w:rsidRPr="00624128" w:rsidRDefault="00B013EC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624128">
              <w:rPr>
                <w:b/>
                <w:color w:val="972044"/>
                <w:sz w:val="36"/>
                <w:szCs w:val="36"/>
              </w:rPr>
              <w:t>ORGANISER</w:t>
            </w:r>
          </w:p>
        </w:tc>
      </w:tr>
    </w:tbl>
    <w:p w14:paraId="0B0D0426" w14:textId="77777777" w:rsidR="00C45B27" w:rsidRPr="00624128" w:rsidRDefault="00B013EC">
      <w:pPr>
        <w:spacing w:line="120" w:lineRule="auto"/>
        <w:rPr>
          <w:sz w:val="22"/>
          <w:szCs w:val="28"/>
        </w:rPr>
      </w:pPr>
      <w:r w:rsidRPr="00624128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3637"/>
      </w:tblGrid>
      <w:tr w:rsidR="00C45B27" w:rsidRPr="00624128" w14:paraId="21E57150" w14:textId="77777777">
        <w:trPr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0D64DA08" w14:textId="77777777" w:rsidR="00C45B27" w:rsidRPr="00624128" w:rsidRDefault="00B013EC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624128">
              <w:rPr>
                <w:b/>
                <w:color w:val="FFFFFF"/>
                <w:sz w:val="20"/>
                <w:szCs w:val="28"/>
              </w:rPr>
              <w:t>BIG QUESTION</w:t>
            </w:r>
          </w:p>
        </w:tc>
        <w:tc>
          <w:tcPr>
            <w:tcW w:w="13637" w:type="dxa"/>
            <w:tcBorders>
              <w:top w:val="nil"/>
              <w:left w:val="nil"/>
              <w:bottom w:val="nil"/>
              <w:right w:val="nil"/>
            </w:tcBorders>
            <w:shd w:val="clear" w:color="auto" w:fill="FFF0F4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710D2F88" w14:textId="77777777" w:rsidR="00C45B27" w:rsidRPr="00624128" w:rsidRDefault="00B013EC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624128">
              <w:rPr>
                <w:b/>
                <w:color w:val="972044"/>
                <w:sz w:val="24"/>
                <w:szCs w:val="28"/>
              </w:rPr>
              <w:t>How have toys changed over time?</w:t>
            </w:r>
          </w:p>
        </w:tc>
      </w:tr>
    </w:tbl>
    <w:p w14:paraId="7A38DC1B" w14:textId="77777777" w:rsidR="00C45B27" w:rsidRPr="00624128" w:rsidRDefault="00B013EC">
      <w:pPr>
        <w:spacing w:line="120" w:lineRule="auto"/>
        <w:rPr>
          <w:sz w:val="22"/>
          <w:szCs w:val="28"/>
        </w:rPr>
      </w:pPr>
      <w:r w:rsidRPr="00624128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26"/>
        <w:gridCol w:w="331"/>
        <w:gridCol w:w="5126"/>
        <w:gridCol w:w="331"/>
        <w:gridCol w:w="5126"/>
      </w:tblGrid>
      <w:tr w:rsidR="00C45B27" w:rsidRPr="00624128" w14:paraId="420C7DE0" w14:textId="77777777">
        <w:trPr>
          <w:jc w:val="center"/>
        </w:trPr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7260F409" w14:textId="77777777" w:rsidR="00C45B27" w:rsidRPr="00624128" w:rsidRDefault="00C45B27">
            <w:pPr>
              <w:rPr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C45B27" w:rsidRPr="00624128" w14:paraId="5FB5A86C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7F03C5" w14:textId="77777777" w:rsidR="00C45B27" w:rsidRPr="00624128" w:rsidRDefault="00B013EC">
                  <w:pPr>
                    <w:spacing w:line="262" w:lineRule="auto"/>
                    <w:jc w:val="center"/>
                    <w:rPr>
                      <w:sz w:val="22"/>
                      <w:szCs w:val="28"/>
                    </w:rPr>
                  </w:pPr>
                  <w:r w:rsidRPr="00624128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218E7536" wp14:editId="71334BCA">
                        <wp:extent cx="603504" cy="402336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ld_teddy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C051D6" w14:textId="77777777" w:rsidR="00C45B27" w:rsidRPr="00624128" w:rsidRDefault="00B013EC">
                  <w:pPr>
                    <w:spacing w:after="20" w:line="262" w:lineRule="auto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CB2652"/>
                      <w:sz w:val="22"/>
                      <w:szCs w:val="28"/>
                    </w:rPr>
                    <w:t>TOYS LONG AGO</w:t>
                  </w:r>
                </w:p>
                <w:p w14:paraId="10108491" w14:textId="77777777" w:rsidR="00C45B27" w:rsidRPr="00624128" w:rsidRDefault="00B013EC">
                  <w:pPr>
                    <w:spacing w:after="20" w:line="262" w:lineRule="auto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sz w:val="20"/>
                      <w:szCs w:val="28"/>
                    </w:rPr>
                    <w:t>About 100 years ago</w:t>
                  </w:r>
                </w:p>
                <w:p w14:paraId="64BA7209" w14:textId="77777777" w:rsidR="00C45B27" w:rsidRPr="00624128" w:rsidRDefault="00B013EC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624128">
                    <w:rPr>
                      <w:color w:val="637080"/>
                      <w:sz w:val="20"/>
                      <w:szCs w:val="28"/>
                    </w:rPr>
                    <w:t>Older toys and teddy bears</w:t>
                  </w:r>
                </w:p>
              </w:tc>
            </w:tr>
          </w:tbl>
          <w:p w14:paraId="570B1950" w14:textId="77777777" w:rsidR="00C45B27" w:rsidRPr="00624128" w:rsidRDefault="00C45B27">
            <w:pPr>
              <w:rPr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D70959" w14:textId="77777777" w:rsidR="00C45B27" w:rsidRPr="00624128" w:rsidRDefault="00B013EC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624128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578E7BC3" w14:textId="77777777" w:rsidR="00C45B27" w:rsidRPr="00624128" w:rsidRDefault="00C45B27">
            <w:pPr>
              <w:rPr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C45B27" w:rsidRPr="00624128" w14:paraId="3D59BE82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2EDF47" w14:textId="77777777" w:rsidR="00C45B27" w:rsidRPr="00624128" w:rsidRDefault="00B013EC">
                  <w:pPr>
                    <w:spacing w:line="262" w:lineRule="auto"/>
                    <w:jc w:val="center"/>
                    <w:rPr>
                      <w:sz w:val="22"/>
                      <w:szCs w:val="28"/>
                    </w:rPr>
                  </w:pPr>
                  <w:r w:rsidRPr="00624128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57EF86E8" wp14:editId="1B175C4F">
                        <wp:extent cx="603504" cy="402336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oy_train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386ECC" w14:textId="77777777" w:rsidR="00C45B27" w:rsidRPr="00624128" w:rsidRDefault="00B013EC">
                  <w:pPr>
                    <w:spacing w:after="20" w:line="262" w:lineRule="auto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8D6700"/>
                      <w:sz w:val="22"/>
                      <w:szCs w:val="28"/>
                    </w:rPr>
                    <w:t>TOYS IN LIVING MEMORY</w:t>
                  </w:r>
                </w:p>
                <w:p w14:paraId="1CFF774E" w14:textId="77777777" w:rsidR="00C45B27" w:rsidRPr="00624128" w:rsidRDefault="00B013EC">
                  <w:pPr>
                    <w:spacing w:after="20" w:line="262" w:lineRule="auto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sz w:val="20"/>
                      <w:szCs w:val="28"/>
                    </w:rPr>
                    <w:t>When adults were young</w:t>
                  </w:r>
                </w:p>
                <w:p w14:paraId="0F90B418" w14:textId="77777777" w:rsidR="00C45B27" w:rsidRPr="00624128" w:rsidRDefault="00B013EC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624128">
                    <w:rPr>
                      <w:color w:val="637080"/>
                      <w:sz w:val="20"/>
                      <w:szCs w:val="28"/>
                    </w:rPr>
                    <w:t>Ask family about toys</w:t>
                  </w:r>
                </w:p>
              </w:tc>
            </w:tr>
          </w:tbl>
          <w:p w14:paraId="36EE4723" w14:textId="77777777" w:rsidR="00C45B27" w:rsidRPr="00624128" w:rsidRDefault="00C45B27">
            <w:pPr>
              <w:rPr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2BCF3F" w14:textId="77777777" w:rsidR="00C45B27" w:rsidRPr="00624128" w:rsidRDefault="00B013EC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624128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1BA934F" w14:textId="77777777" w:rsidR="00C45B27" w:rsidRPr="00624128" w:rsidRDefault="00C45B27">
            <w:pPr>
              <w:rPr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C45B27" w:rsidRPr="00624128" w14:paraId="3371EE7F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B1F513" w14:textId="77777777" w:rsidR="00C45B27" w:rsidRPr="00624128" w:rsidRDefault="00B013EC">
                  <w:pPr>
                    <w:spacing w:line="262" w:lineRule="auto"/>
                    <w:jc w:val="center"/>
                    <w:rPr>
                      <w:sz w:val="22"/>
                      <w:szCs w:val="28"/>
                    </w:rPr>
                  </w:pPr>
                  <w:r w:rsidRPr="00624128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6A3CF6FF" wp14:editId="3FDC8C99">
                        <wp:extent cx="603504" cy="40233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odern_robot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13964B" w14:textId="77777777" w:rsidR="00C45B27" w:rsidRPr="00624128" w:rsidRDefault="00B013EC">
                  <w:pPr>
                    <w:spacing w:after="20" w:line="262" w:lineRule="auto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CB2652"/>
                      <w:sz w:val="22"/>
                      <w:szCs w:val="28"/>
                    </w:rPr>
                    <w:t>TOYS TODAY</w:t>
                  </w:r>
                </w:p>
                <w:p w14:paraId="2D79A486" w14:textId="77777777" w:rsidR="00C45B27" w:rsidRPr="00624128" w:rsidRDefault="00B013EC">
                  <w:pPr>
                    <w:spacing w:after="20" w:line="262" w:lineRule="auto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sz w:val="20"/>
                      <w:szCs w:val="28"/>
                    </w:rPr>
                    <w:t>Now</w:t>
                  </w:r>
                </w:p>
                <w:p w14:paraId="2EA96419" w14:textId="77777777" w:rsidR="00C45B27" w:rsidRPr="00624128" w:rsidRDefault="00B013EC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624128">
                    <w:rPr>
                      <w:color w:val="637080"/>
                      <w:sz w:val="20"/>
                      <w:szCs w:val="28"/>
                    </w:rPr>
                    <w:t>Modern toys and games</w:t>
                  </w:r>
                </w:p>
              </w:tc>
            </w:tr>
          </w:tbl>
          <w:p w14:paraId="34D748B1" w14:textId="77777777" w:rsidR="00C45B27" w:rsidRPr="00624128" w:rsidRDefault="00C45B27">
            <w:pPr>
              <w:rPr>
                <w:sz w:val="22"/>
                <w:szCs w:val="28"/>
              </w:rPr>
            </w:pPr>
          </w:p>
        </w:tc>
      </w:tr>
    </w:tbl>
    <w:p w14:paraId="7445D077" w14:textId="77777777" w:rsidR="00C45B27" w:rsidRPr="00624128" w:rsidRDefault="00B013EC">
      <w:pPr>
        <w:spacing w:line="120" w:lineRule="auto"/>
        <w:rPr>
          <w:sz w:val="22"/>
          <w:szCs w:val="28"/>
        </w:rPr>
      </w:pPr>
      <w:r w:rsidRPr="00624128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9"/>
        <w:gridCol w:w="288"/>
        <w:gridCol w:w="6494"/>
      </w:tblGrid>
      <w:tr w:rsidR="00C45B27" w:rsidRPr="00624128" w14:paraId="44B4032D" w14:textId="77777777">
        <w:trPr>
          <w:jc w:val="center"/>
        </w:trPr>
        <w:tc>
          <w:tcPr>
            <w:tcW w:w="9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5B5A1F" w14:textId="77777777" w:rsidR="00C45B27" w:rsidRPr="00624128" w:rsidRDefault="00C45B27">
            <w:pPr>
              <w:rPr>
                <w:sz w:val="8"/>
                <w:szCs w:val="12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59"/>
            </w:tblGrid>
            <w:tr w:rsidR="00C45B27" w:rsidRPr="00624128" w14:paraId="01C2AE8A" w14:textId="77777777">
              <w:trPr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0C9D1887" w14:textId="77777777" w:rsidR="00C45B27" w:rsidRPr="00624128" w:rsidRDefault="00B013EC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FFFFFF"/>
                      <w:sz w:val="24"/>
                      <w:szCs w:val="28"/>
                    </w:rPr>
                    <w:t>WHAT SHOULD I KNOW?</w:t>
                  </w:r>
                </w:p>
              </w:tc>
            </w:tr>
            <w:tr w:rsidR="00C45B27" w:rsidRPr="00624128" w14:paraId="723A6E5E" w14:textId="77777777">
              <w:trPr>
                <w:jc w:val="center"/>
              </w:trPr>
              <w:tc>
                <w:tcPr>
                  <w:tcW w:w="9259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FFF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24AEA027" w14:textId="77777777" w:rsidR="00C45B27" w:rsidRPr="00624128" w:rsidRDefault="00B013EC">
                  <w:pPr>
                    <w:spacing w:after="140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972044"/>
                      <w:sz w:val="22"/>
                      <w:szCs w:val="28"/>
                    </w:rPr>
                    <w:t xml:space="preserve">What is the past?  </w:t>
                  </w:r>
                  <w:r w:rsidRPr="00624128">
                    <w:rPr>
                      <w:sz w:val="22"/>
                      <w:szCs w:val="28"/>
                    </w:rPr>
                    <w:t>Things that have already happened. The present is what is happening now.</w:t>
                  </w:r>
                </w:p>
                <w:p w14:paraId="5A42BE9A" w14:textId="77777777" w:rsidR="00C45B27" w:rsidRPr="00624128" w:rsidRDefault="00B013EC">
                  <w:pPr>
                    <w:spacing w:after="140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972044"/>
                      <w:sz w:val="22"/>
                      <w:szCs w:val="28"/>
                    </w:rPr>
                    <w:t xml:space="preserve">How can we put things in order?  </w:t>
                  </w:r>
                  <w:r w:rsidRPr="00624128">
                    <w:rPr>
                      <w:sz w:val="22"/>
                      <w:szCs w:val="28"/>
                    </w:rPr>
                    <w:t>A timeline shows what happened first, next and last.</w:t>
                  </w:r>
                </w:p>
                <w:p w14:paraId="4D9700E5" w14:textId="77777777" w:rsidR="00C45B27" w:rsidRPr="00624128" w:rsidRDefault="00B013EC">
                  <w:pPr>
                    <w:spacing w:after="140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972044"/>
                      <w:sz w:val="22"/>
                      <w:szCs w:val="28"/>
                    </w:rPr>
                    <w:t xml:space="preserve">What were toys like long ago?  </w:t>
                  </w:r>
                  <w:r w:rsidRPr="00624128">
                    <w:rPr>
                      <w:sz w:val="22"/>
                      <w:szCs w:val="28"/>
                    </w:rPr>
                    <w:t>Many were made from wood, metal or fabric. Some toys were made by hand.</w:t>
                  </w:r>
                </w:p>
                <w:p w14:paraId="350A410F" w14:textId="77777777" w:rsidR="00C45B27" w:rsidRPr="00624128" w:rsidRDefault="00B013EC">
                  <w:pPr>
                    <w:spacing w:after="140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972044"/>
                      <w:sz w:val="22"/>
                      <w:szCs w:val="28"/>
                    </w:rPr>
                    <w:t xml:space="preserve">What are toys like today?  </w:t>
                  </w:r>
                  <w:r w:rsidRPr="00624128">
                    <w:rPr>
                      <w:sz w:val="22"/>
                      <w:szCs w:val="28"/>
                    </w:rPr>
                    <w:t>Many are made from plastic or other modern materials. Some use batteries or electronics.</w:t>
                  </w:r>
                </w:p>
                <w:p w14:paraId="656EBD8E" w14:textId="77777777" w:rsidR="00C45B27" w:rsidRPr="00624128" w:rsidRDefault="00B013EC">
                  <w:pPr>
                    <w:spacing w:after="140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972044"/>
                      <w:sz w:val="22"/>
                      <w:szCs w:val="28"/>
                    </w:rPr>
                    <w:t xml:space="preserve">What has stayed the same?  </w:t>
                  </w:r>
                  <w:r w:rsidRPr="00624128">
                    <w:rPr>
                      <w:sz w:val="22"/>
                      <w:szCs w:val="28"/>
                    </w:rPr>
                    <w:t>Children still enjoy toys such as teddy bears, blocks and dolls.</w:t>
                  </w:r>
                </w:p>
                <w:p w14:paraId="646ADA02" w14:textId="77777777" w:rsidR="00C45B27" w:rsidRPr="00624128" w:rsidRDefault="00B013EC">
                  <w:pPr>
                    <w:spacing w:after="140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972044"/>
                      <w:sz w:val="22"/>
                      <w:szCs w:val="28"/>
                    </w:rPr>
                    <w:t xml:space="preserve">How do we find out about old toys?  </w:t>
                  </w:r>
                  <w:r w:rsidRPr="00624128">
                    <w:rPr>
                      <w:sz w:val="22"/>
                      <w:szCs w:val="28"/>
                    </w:rPr>
                    <w:t>We can look at real toys and photographs and ask older people what they played with.</w:t>
                  </w:r>
                </w:p>
              </w:tc>
            </w:tr>
          </w:tbl>
          <w:p w14:paraId="46A8FEB7" w14:textId="77777777" w:rsidR="00C45B27" w:rsidRPr="00624128" w:rsidRDefault="00C45B27">
            <w:pPr>
              <w:rPr>
                <w:sz w:val="22"/>
                <w:szCs w:val="28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4081FA" w14:textId="77777777" w:rsidR="00C45B27" w:rsidRPr="00624128" w:rsidRDefault="00C45B27">
            <w:pPr>
              <w:rPr>
                <w:sz w:val="22"/>
                <w:szCs w:val="28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C7494F" w14:textId="77777777" w:rsidR="00C45B27" w:rsidRPr="00624128" w:rsidRDefault="00C45B27">
            <w:pPr>
              <w:rPr>
                <w:sz w:val="6"/>
                <w:szCs w:val="10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C45B27" w:rsidRPr="00624128" w14:paraId="4982CD38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C84B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45542E58" w14:textId="77777777" w:rsidR="00C45B27" w:rsidRPr="00624128" w:rsidRDefault="00B013EC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972044"/>
                      <w:sz w:val="24"/>
                      <w:szCs w:val="28"/>
                    </w:rPr>
                    <w:t>WORDS TO REMEMBER</w:t>
                  </w:r>
                </w:p>
              </w:tc>
            </w:tr>
            <w:tr w:rsidR="00C45B27" w:rsidRPr="00624128" w14:paraId="4407BB6B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8DE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3A07C2B9" w14:textId="77777777" w:rsidR="00C45B27" w:rsidRPr="00624128" w:rsidRDefault="00B013EC">
                  <w:pPr>
                    <w:spacing w:after="130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972044"/>
                      <w:sz w:val="22"/>
                      <w:szCs w:val="28"/>
                    </w:rPr>
                    <w:t xml:space="preserve">Past  </w:t>
                  </w:r>
                  <w:r w:rsidRPr="00624128">
                    <w:rPr>
                      <w:sz w:val="22"/>
                      <w:szCs w:val="28"/>
                    </w:rPr>
                    <w:t>something that has already happened</w:t>
                  </w:r>
                </w:p>
                <w:p w14:paraId="56C603D4" w14:textId="77777777" w:rsidR="00C45B27" w:rsidRPr="00624128" w:rsidRDefault="00B013EC">
                  <w:pPr>
                    <w:spacing w:after="130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972044"/>
                      <w:sz w:val="22"/>
                      <w:szCs w:val="28"/>
                    </w:rPr>
                    <w:t xml:space="preserve">Present  </w:t>
                  </w:r>
                  <w:r w:rsidRPr="00624128">
                    <w:rPr>
                      <w:sz w:val="22"/>
                      <w:szCs w:val="28"/>
                    </w:rPr>
                    <w:t>what is happening now</w:t>
                  </w:r>
                </w:p>
                <w:p w14:paraId="058DC6F1" w14:textId="77777777" w:rsidR="00C45B27" w:rsidRPr="00624128" w:rsidRDefault="00B013EC">
                  <w:pPr>
                    <w:spacing w:after="130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972044"/>
                      <w:sz w:val="22"/>
                      <w:szCs w:val="28"/>
                    </w:rPr>
                    <w:t xml:space="preserve">Timeline  </w:t>
                  </w:r>
                  <w:r w:rsidRPr="00624128">
                    <w:rPr>
                      <w:sz w:val="22"/>
                      <w:szCs w:val="28"/>
                    </w:rPr>
                    <w:t>events in time order</w:t>
                  </w:r>
                </w:p>
                <w:p w14:paraId="2B15C6BF" w14:textId="77777777" w:rsidR="00C45B27" w:rsidRPr="00624128" w:rsidRDefault="00B013EC">
                  <w:pPr>
                    <w:spacing w:after="130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972044"/>
                      <w:sz w:val="22"/>
                      <w:szCs w:val="28"/>
                    </w:rPr>
                    <w:t xml:space="preserve">Compare  </w:t>
                  </w:r>
                  <w:r w:rsidRPr="00624128">
                    <w:rPr>
                      <w:sz w:val="22"/>
                      <w:szCs w:val="28"/>
                    </w:rPr>
                    <w:t>look for things that are alike or different</w:t>
                  </w:r>
                </w:p>
                <w:p w14:paraId="7D7653E4" w14:textId="77777777" w:rsidR="00C45B27" w:rsidRPr="00624128" w:rsidRDefault="00B013EC">
                  <w:pPr>
                    <w:spacing w:after="130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972044"/>
                      <w:sz w:val="22"/>
                      <w:szCs w:val="28"/>
                    </w:rPr>
                    <w:t xml:space="preserve">Artefact  </w:t>
                  </w:r>
                  <w:r w:rsidRPr="00624128">
                    <w:rPr>
                      <w:sz w:val="22"/>
                      <w:szCs w:val="28"/>
                    </w:rPr>
                    <w:t>an object from the past</w:t>
                  </w:r>
                </w:p>
                <w:p w14:paraId="3F7D4F1C" w14:textId="77777777" w:rsidR="00C45B27" w:rsidRPr="00624128" w:rsidRDefault="00B013EC">
                  <w:pPr>
                    <w:spacing w:after="130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972044"/>
                      <w:sz w:val="22"/>
                      <w:szCs w:val="28"/>
                    </w:rPr>
                    <w:t xml:space="preserve">Living memory  </w:t>
                  </w:r>
                  <w:r w:rsidRPr="00624128">
                    <w:rPr>
                      <w:sz w:val="22"/>
                      <w:szCs w:val="28"/>
                    </w:rPr>
                    <w:t>a time remembered by people alive today</w:t>
                  </w:r>
                </w:p>
                <w:p w14:paraId="4550B39F" w14:textId="77777777" w:rsidR="00C45B27" w:rsidRPr="00624128" w:rsidRDefault="00B013EC">
                  <w:pPr>
                    <w:spacing w:after="130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972044"/>
                      <w:sz w:val="22"/>
                      <w:szCs w:val="28"/>
                    </w:rPr>
                    <w:t xml:space="preserve">Change  </w:t>
                  </w:r>
                  <w:r w:rsidRPr="00624128">
                    <w:rPr>
                      <w:sz w:val="22"/>
                      <w:szCs w:val="28"/>
                    </w:rPr>
                    <w:t>something becomes different</w:t>
                  </w:r>
                </w:p>
              </w:tc>
            </w:tr>
          </w:tbl>
          <w:p w14:paraId="77ADDDD8" w14:textId="77777777" w:rsidR="00C45B27" w:rsidRPr="00624128" w:rsidRDefault="00C45B27">
            <w:pPr>
              <w:rPr>
                <w:sz w:val="22"/>
                <w:szCs w:val="28"/>
              </w:rPr>
            </w:pPr>
          </w:p>
          <w:p w14:paraId="6424AFD6" w14:textId="77777777" w:rsidR="00C45B27" w:rsidRPr="00624128" w:rsidRDefault="00B013EC">
            <w:pPr>
              <w:spacing w:line="48" w:lineRule="auto"/>
              <w:rPr>
                <w:sz w:val="22"/>
                <w:szCs w:val="28"/>
              </w:rPr>
            </w:pPr>
            <w:r w:rsidRPr="00624128">
              <w:rPr>
                <w:sz w:val="8"/>
                <w:szCs w:val="28"/>
              </w:rPr>
              <w:t xml:space="preserve">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C45B27" w:rsidRPr="00624128" w14:paraId="6FB54500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6E7A950F" w14:textId="77777777" w:rsidR="00C45B27" w:rsidRPr="00624128" w:rsidRDefault="00B013EC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624128">
                    <w:rPr>
                      <w:b/>
                      <w:color w:val="FFFFFF"/>
                      <w:sz w:val="24"/>
                      <w:szCs w:val="28"/>
                    </w:rPr>
                    <w:t>HISTORY DETECTIVES</w:t>
                  </w:r>
                </w:p>
              </w:tc>
            </w:tr>
            <w:tr w:rsidR="00C45B27" w:rsidRPr="00624128" w14:paraId="5FB8D928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5" w:space="0" w:color="E8BCC8"/>
                    <w:left w:val="single" w:sz="5" w:space="0" w:color="E8BCC8"/>
                    <w:bottom w:val="single" w:sz="5" w:space="0" w:color="E8BCC8"/>
                    <w:right w:val="single" w:sz="5" w:space="0" w:color="E8BCC8"/>
                  </w:tcBorders>
                  <w:shd w:val="clear" w:color="auto" w:fill="FFF0F4"/>
                  <w:tcMar>
                    <w:top w:w="70" w:type="dxa"/>
                    <w:left w:w="120" w:type="dxa"/>
                    <w:bottom w:w="70" w:type="dxa"/>
                    <w:right w:w="120" w:type="dxa"/>
                  </w:tcMar>
                </w:tcPr>
                <w:p w14:paraId="18250837" w14:textId="77777777" w:rsidR="00C45B27" w:rsidRPr="00624128" w:rsidRDefault="00B013EC">
                  <w:pPr>
                    <w:spacing w:line="262" w:lineRule="auto"/>
                    <w:rPr>
                      <w:sz w:val="22"/>
                      <w:szCs w:val="28"/>
                    </w:rPr>
                  </w:pPr>
                  <w:r w:rsidRPr="00624128">
                    <w:rPr>
                      <w:sz w:val="22"/>
                      <w:szCs w:val="28"/>
                    </w:rPr>
                    <w:t>Look at a toy. What is it made from? Is it old or new? How can you tell?</w:t>
                  </w:r>
                </w:p>
              </w:tc>
            </w:tr>
          </w:tbl>
          <w:p w14:paraId="516FAFB1" w14:textId="77777777" w:rsidR="00C45B27" w:rsidRPr="00624128" w:rsidRDefault="00C45B27">
            <w:pPr>
              <w:rPr>
                <w:sz w:val="22"/>
                <w:szCs w:val="28"/>
              </w:rPr>
            </w:pPr>
          </w:p>
        </w:tc>
      </w:tr>
    </w:tbl>
    <w:p w14:paraId="48EAA213" w14:textId="77777777" w:rsidR="00C45B27" w:rsidRPr="00624128" w:rsidRDefault="00B013EC">
      <w:pPr>
        <w:spacing w:line="120" w:lineRule="auto"/>
        <w:rPr>
          <w:sz w:val="22"/>
          <w:szCs w:val="28"/>
        </w:rPr>
      </w:pPr>
      <w:r w:rsidRPr="00624128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2"/>
        <w:gridCol w:w="5342"/>
        <w:gridCol w:w="5357"/>
      </w:tblGrid>
      <w:tr w:rsidR="00C45B27" w:rsidRPr="00624128" w14:paraId="2357A952" w14:textId="77777777">
        <w:trPr>
          <w:jc w:val="center"/>
        </w:trPr>
        <w:tc>
          <w:tcPr>
            <w:tcW w:w="5342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6C588CBD" w14:textId="77777777" w:rsidR="00C45B27" w:rsidRPr="00624128" w:rsidRDefault="00B013EC">
            <w:pPr>
              <w:spacing w:after="40" w:line="262" w:lineRule="auto"/>
              <w:jc w:val="center"/>
              <w:rPr>
                <w:sz w:val="22"/>
                <w:szCs w:val="28"/>
              </w:rPr>
            </w:pPr>
            <w:r w:rsidRPr="00624128">
              <w:rPr>
                <w:b/>
                <w:color w:val="CB2652"/>
                <w:sz w:val="22"/>
                <w:szCs w:val="28"/>
              </w:rPr>
              <w:t>THEN &amp; NOW</w:t>
            </w:r>
          </w:p>
          <w:p w14:paraId="1C1C26B3" w14:textId="77777777" w:rsidR="00C45B27" w:rsidRPr="00624128" w:rsidRDefault="00B013EC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624128">
              <w:rPr>
                <w:sz w:val="20"/>
                <w:szCs w:val="28"/>
              </w:rPr>
              <w:t>Past • present • timeline</w:t>
            </w:r>
          </w:p>
        </w:tc>
        <w:tc>
          <w:tcPr>
            <w:tcW w:w="5342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7F055433" w14:textId="77777777" w:rsidR="00C45B27" w:rsidRPr="00624128" w:rsidRDefault="00B013EC">
            <w:pPr>
              <w:spacing w:after="40" w:line="262" w:lineRule="auto"/>
              <w:jc w:val="center"/>
              <w:rPr>
                <w:sz w:val="22"/>
                <w:szCs w:val="28"/>
              </w:rPr>
            </w:pPr>
            <w:r w:rsidRPr="00624128">
              <w:rPr>
                <w:b/>
                <w:color w:val="8D6700"/>
                <w:sz w:val="22"/>
                <w:szCs w:val="28"/>
              </w:rPr>
              <w:t>CHANGE &amp; SAME</w:t>
            </w:r>
          </w:p>
          <w:p w14:paraId="0A7C2B0E" w14:textId="77777777" w:rsidR="00C45B27" w:rsidRPr="00624128" w:rsidRDefault="00B013EC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624128">
              <w:rPr>
                <w:sz w:val="20"/>
                <w:szCs w:val="28"/>
              </w:rPr>
              <w:t>Materials • teddy bears</w:t>
            </w:r>
          </w:p>
        </w:tc>
        <w:tc>
          <w:tcPr>
            <w:tcW w:w="5357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588C7BBF" w14:textId="77777777" w:rsidR="00C45B27" w:rsidRPr="00624128" w:rsidRDefault="00B013EC">
            <w:pPr>
              <w:spacing w:after="40" w:line="262" w:lineRule="auto"/>
              <w:jc w:val="center"/>
              <w:rPr>
                <w:sz w:val="22"/>
                <w:szCs w:val="28"/>
              </w:rPr>
            </w:pPr>
            <w:r w:rsidRPr="00624128">
              <w:rPr>
                <w:b/>
                <w:color w:val="CB2652"/>
                <w:sz w:val="22"/>
                <w:szCs w:val="28"/>
              </w:rPr>
              <w:t>CLUES FROM THE PAST</w:t>
            </w:r>
          </w:p>
          <w:p w14:paraId="2074290D" w14:textId="77777777" w:rsidR="00C45B27" w:rsidRPr="00624128" w:rsidRDefault="00B013EC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624128">
              <w:rPr>
                <w:sz w:val="20"/>
                <w:szCs w:val="28"/>
              </w:rPr>
              <w:t>Photos • objects • memories</w:t>
            </w:r>
          </w:p>
        </w:tc>
      </w:tr>
    </w:tbl>
    <w:p w14:paraId="75078135" w14:textId="77777777" w:rsidR="00C45B27" w:rsidRPr="00624128" w:rsidRDefault="00B013EC">
      <w:pPr>
        <w:spacing w:line="120" w:lineRule="auto"/>
        <w:rPr>
          <w:sz w:val="22"/>
          <w:szCs w:val="28"/>
        </w:rPr>
      </w:pPr>
      <w:r w:rsidRPr="00624128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13032"/>
      </w:tblGrid>
      <w:tr w:rsidR="00C45B27" w:rsidRPr="00624128" w14:paraId="64438A8A" w14:textId="77777777">
        <w:trPr>
          <w:jc w:val="center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3BF4C6F7" w14:textId="77777777" w:rsidR="00C45B27" w:rsidRPr="00624128" w:rsidRDefault="00B013EC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624128">
              <w:rPr>
                <w:b/>
                <w:color w:val="972044"/>
                <w:sz w:val="20"/>
                <w:szCs w:val="28"/>
              </w:rPr>
              <w:t>EVIDENCE WE EXPLORE</w:t>
            </w:r>
          </w:p>
        </w:tc>
        <w:tc>
          <w:tcPr>
            <w:tcW w:w="13032" w:type="dxa"/>
            <w:tcBorders>
              <w:top w:val="nil"/>
              <w:left w:val="nil"/>
              <w:bottom w:val="nil"/>
              <w:right w:val="nil"/>
            </w:tcBorders>
            <w:shd w:val="clear" w:color="auto" w:fill="FFF8DE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3881BD2F" w14:textId="77777777" w:rsidR="00C45B27" w:rsidRPr="00624128" w:rsidRDefault="00B013EC">
            <w:pPr>
              <w:spacing w:line="262" w:lineRule="auto"/>
              <w:jc w:val="center"/>
              <w:rPr>
                <w:sz w:val="22"/>
                <w:szCs w:val="28"/>
              </w:rPr>
            </w:pPr>
            <w:r w:rsidRPr="00624128">
              <w:rPr>
                <w:sz w:val="20"/>
                <w:szCs w:val="28"/>
              </w:rPr>
              <w:t>Old photographs  •  Real toys  •  Family memories  •  Pictures</w:t>
            </w:r>
          </w:p>
        </w:tc>
      </w:tr>
    </w:tbl>
    <w:p w14:paraId="0E26C181" w14:textId="77777777" w:rsidR="00C45B27" w:rsidRPr="00624128" w:rsidRDefault="00B013EC">
      <w:pPr>
        <w:spacing w:before="40" w:line="262" w:lineRule="auto"/>
        <w:rPr>
          <w:sz w:val="22"/>
          <w:szCs w:val="28"/>
        </w:rPr>
      </w:pPr>
      <w:r w:rsidRPr="00624128">
        <w:rPr>
          <w:color w:val="637080"/>
          <w:szCs w:val="28"/>
        </w:rPr>
        <w:t>Builds on EYFS: talking about our own lives. Next: use timelines and evidence to learn about people and events.</w:t>
      </w:r>
    </w:p>
    <w:sectPr w:rsidR="00C45B27" w:rsidRPr="00624128" w:rsidSect="00034616">
      <w:pgSz w:w="16834" w:h="11909" w:orient="landscape"/>
      <w:pgMar w:top="346" w:right="389" w:bottom="346" w:left="389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28509057">
    <w:abstractNumId w:val="8"/>
  </w:num>
  <w:num w:numId="2" w16cid:durableId="1601138306">
    <w:abstractNumId w:val="6"/>
  </w:num>
  <w:num w:numId="3" w16cid:durableId="1628776530">
    <w:abstractNumId w:val="5"/>
  </w:num>
  <w:num w:numId="4" w16cid:durableId="22437660">
    <w:abstractNumId w:val="4"/>
  </w:num>
  <w:num w:numId="5" w16cid:durableId="851530869">
    <w:abstractNumId w:val="7"/>
  </w:num>
  <w:num w:numId="6" w16cid:durableId="1670401214">
    <w:abstractNumId w:val="3"/>
  </w:num>
  <w:num w:numId="7" w16cid:durableId="502667529">
    <w:abstractNumId w:val="2"/>
  </w:num>
  <w:num w:numId="8" w16cid:durableId="889726041">
    <w:abstractNumId w:val="1"/>
  </w:num>
  <w:num w:numId="9" w16cid:durableId="1885829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624128"/>
    <w:rsid w:val="00AA1D8D"/>
    <w:rsid w:val="00AF5929"/>
    <w:rsid w:val="00B47730"/>
    <w:rsid w:val="00C45B27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14B040"/>
  <w14:defaultImageDpi w14:val="300"/>
  <w15:docId w15:val="{D72C714A-72CB-41FC-9095-3691E5668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Century Gothic" w:hAnsi="Century Gothic"/>
      <w:color w:val="344052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f2caed11be53de3e2cfdb636192c98e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65b59e753c79a5f2f519d668d767f48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E5A3B7-7C10-4CD7-BCCD-D42695A4C61B}"/>
</file>

<file path=customXml/itemProps3.xml><?xml version="1.0" encoding="utf-8"?>
<ds:datastoreItem xmlns:ds="http://schemas.openxmlformats.org/officeDocument/2006/customXml" ds:itemID="{2C0D6CB3-8CF9-496F-8846-06937A06C1C5}"/>
</file>

<file path=customXml/itemProps4.xml><?xml version="1.0" encoding="utf-8"?>
<ds:datastoreItem xmlns:ds="http://schemas.openxmlformats.org/officeDocument/2006/customXml" ds:itemID="{1DF2E9E9-C08D-47C3-BB4B-6C4691F9BE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</dc:creator>
  <cp:keywords/>
  <dc:description>generated by python-docx</dc:description>
  <cp:lastModifiedBy>M Nugent</cp:lastModifiedBy>
  <cp:revision>2</cp:revision>
  <dcterms:created xsi:type="dcterms:W3CDTF">2026-11-07T01:03:00Z</dcterms:created>
  <dcterms:modified xsi:type="dcterms:W3CDTF">2026-11-07T01:03:00Z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2026-11-07T01:03:25Z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7213a130-a4a0-43b5-89b2-dc125ea994aa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