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784321" w:rsidRPr="00ED7B99" w14:paraId="65A07EE9" w14:textId="77777777">
        <w:trPr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7665CC79" w14:textId="6F0398B0" w:rsidR="00784321" w:rsidRPr="00ED7B99" w:rsidRDefault="00ED7B99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ED7B99">
              <w:rPr>
                <w:noProof/>
                <w:sz w:val="14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78058C4C" wp14:editId="6C8EB7F4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-168275</wp:posOffset>
                  </wp:positionV>
                  <wp:extent cx="853440" cy="853440"/>
                  <wp:effectExtent l="0" t="0" r="3810" b="3810"/>
                  <wp:wrapNone/>
                  <wp:docPr id="10887962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8796208" name="Picture 108879620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3A622AFA" w14:textId="77777777" w:rsidR="00784321" w:rsidRPr="0024196F" w:rsidRDefault="005F0BD9">
            <w:pPr>
              <w:spacing w:after="60" w:line="262" w:lineRule="auto"/>
              <w:rPr>
                <w:sz w:val="28"/>
                <w:szCs w:val="36"/>
              </w:rPr>
            </w:pPr>
            <w:r w:rsidRPr="0024196F">
              <w:rPr>
                <w:b/>
                <w:color w:val="F5C84B"/>
                <w:sz w:val="28"/>
                <w:szCs w:val="36"/>
              </w:rPr>
              <w:t>YEAR 1  •  HISTORY  •  SUMMER</w:t>
            </w:r>
          </w:p>
          <w:p w14:paraId="63179DBF" w14:textId="77777777" w:rsidR="00784321" w:rsidRPr="00ED7B99" w:rsidRDefault="005F0BD9">
            <w:pPr>
              <w:spacing w:line="262" w:lineRule="auto"/>
              <w:rPr>
                <w:sz w:val="22"/>
                <w:szCs w:val="28"/>
              </w:rPr>
            </w:pPr>
            <w:r w:rsidRPr="00ED7B99">
              <w:rPr>
                <w:b/>
                <w:color w:val="FFFFFF"/>
                <w:sz w:val="44"/>
                <w:szCs w:val="28"/>
              </w:rPr>
              <w:t>The History of Flight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1C0B9BEE" w14:textId="77777777" w:rsidR="00784321" w:rsidRPr="00ED7B99" w:rsidRDefault="005F0BD9">
            <w:pPr>
              <w:spacing w:after="60" w:line="262" w:lineRule="auto"/>
              <w:jc w:val="center"/>
              <w:rPr>
                <w:sz w:val="36"/>
                <w:szCs w:val="36"/>
              </w:rPr>
            </w:pPr>
            <w:r w:rsidRPr="00ED7B99">
              <w:rPr>
                <w:b/>
                <w:color w:val="972044"/>
                <w:sz w:val="36"/>
                <w:szCs w:val="36"/>
              </w:rPr>
              <w:t>KNOWLEDGE</w:t>
            </w:r>
          </w:p>
          <w:p w14:paraId="0469B063" w14:textId="77777777" w:rsidR="00784321" w:rsidRPr="00ED7B99" w:rsidRDefault="005F0BD9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ED7B99">
              <w:rPr>
                <w:b/>
                <w:color w:val="972044"/>
                <w:sz w:val="36"/>
                <w:szCs w:val="36"/>
              </w:rPr>
              <w:t>ORGANISER</w:t>
            </w:r>
          </w:p>
        </w:tc>
      </w:tr>
    </w:tbl>
    <w:p w14:paraId="59318C48" w14:textId="77777777" w:rsidR="00784321" w:rsidRPr="00ED7B99" w:rsidRDefault="005F0BD9">
      <w:pPr>
        <w:spacing w:line="120" w:lineRule="auto"/>
        <w:rPr>
          <w:sz w:val="22"/>
          <w:szCs w:val="28"/>
        </w:rPr>
      </w:pPr>
      <w:r w:rsidRPr="00ED7B99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784321" w:rsidRPr="00ED7B99" w14:paraId="0BB154E4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5CDF859D" w14:textId="77777777" w:rsidR="00784321" w:rsidRPr="00ED7B99" w:rsidRDefault="005F0BD9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ED7B99">
              <w:rPr>
                <w:b/>
                <w:color w:val="FFFFFF"/>
                <w:sz w:val="20"/>
                <w:szCs w:val="28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0615C19D" w14:textId="77777777" w:rsidR="00784321" w:rsidRPr="00ED7B99" w:rsidRDefault="005F0BD9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ED7B99">
              <w:rPr>
                <w:b/>
                <w:color w:val="972044"/>
                <w:sz w:val="24"/>
                <w:szCs w:val="28"/>
              </w:rPr>
              <w:t>Why is flight such an amazing invention?</w:t>
            </w:r>
          </w:p>
        </w:tc>
      </w:tr>
    </w:tbl>
    <w:p w14:paraId="2D1272CA" w14:textId="77777777" w:rsidR="00784321" w:rsidRPr="00ED7B99" w:rsidRDefault="005F0BD9">
      <w:pPr>
        <w:spacing w:line="120" w:lineRule="auto"/>
        <w:rPr>
          <w:sz w:val="22"/>
          <w:szCs w:val="28"/>
        </w:rPr>
      </w:pPr>
      <w:r w:rsidRPr="00ED7B99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784321" w:rsidRPr="00ED7B99" w14:paraId="50B6210B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7CA7F8F" w14:textId="77777777" w:rsidR="00784321" w:rsidRPr="00ED7B99" w:rsidRDefault="00784321">
            <w:pPr>
              <w:rPr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784321" w:rsidRPr="00ED7B99" w14:paraId="02D923D9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8C520F" w14:textId="77777777" w:rsidR="00784321" w:rsidRPr="00ED7B99" w:rsidRDefault="005F0BD9">
                  <w:pPr>
                    <w:spacing w:line="262" w:lineRule="auto"/>
                    <w:jc w:val="center"/>
                    <w:rPr>
                      <w:sz w:val="22"/>
                      <w:szCs w:val="28"/>
                    </w:rPr>
                  </w:pPr>
                  <w:r w:rsidRPr="00ED7B99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7B58ADF1" wp14:editId="1415DFE7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wright_plane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3503BC" w14:textId="77777777" w:rsidR="00784321" w:rsidRPr="00ED7B99" w:rsidRDefault="005F0BD9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CB2652"/>
                      <w:sz w:val="22"/>
                      <w:szCs w:val="28"/>
                    </w:rPr>
                    <w:t>WRIGHT BROTHERS</w:t>
                  </w:r>
                </w:p>
                <w:p w14:paraId="44DD078E" w14:textId="77777777" w:rsidR="00784321" w:rsidRPr="00ED7B99" w:rsidRDefault="005F0BD9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sz w:val="20"/>
                      <w:szCs w:val="28"/>
                    </w:rPr>
                    <w:t>1903</w:t>
                  </w:r>
                </w:p>
                <w:p w14:paraId="6E77BEA1" w14:textId="77777777" w:rsidR="00784321" w:rsidRPr="00ED7B99" w:rsidRDefault="005F0BD9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ED7B99">
                    <w:rPr>
                      <w:color w:val="637080"/>
                      <w:sz w:val="20"/>
                      <w:szCs w:val="28"/>
                    </w:rPr>
                    <w:t>Successful powered aeroplane flight</w:t>
                  </w:r>
                </w:p>
              </w:tc>
            </w:tr>
          </w:tbl>
          <w:p w14:paraId="5F40EAF6" w14:textId="77777777" w:rsidR="00784321" w:rsidRPr="00ED7B99" w:rsidRDefault="00784321">
            <w:pPr>
              <w:rPr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82C2E0" w14:textId="77777777" w:rsidR="00784321" w:rsidRPr="00ED7B99" w:rsidRDefault="005F0BD9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ED7B99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B7ADE3F" w14:textId="77777777" w:rsidR="00784321" w:rsidRPr="00ED7B99" w:rsidRDefault="00784321">
            <w:pPr>
              <w:rPr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784321" w:rsidRPr="00ED7B99" w14:paraId="53B23EA0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ACECAF" w14:textId="77777777" w:rsidR="00784321" w:rsidRPr="00ED7B99" w:rsidRDefault="005F0BD9">
                  <w:pPr>
                    <w:spacing w:line="262" w:lineRule="auto"/>
                    <w:jc w:val="center"/>
                    <w:rPr>
                      <w:sz w:val="22"/>
                      <w:szCs w:val="28"/>
                    </w:rPr>
                  </w:pPr>
                  <w:r w:rsidRPr="00ED7B99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263B6362" wp14:editId="4F605E7F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my_plane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00A83A" w14:textId="77777777" w:rsidR="00784321" w:rsidRPr="00ED7B99" w:rsidRDefault="005F0BD9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8D6700"/>
                      <w:sz w:val="22"/>
                      <w:szCs w:val="28"/>
                    </w:rPr>
                    <w:t>AMY JOHNSON</w:t>
                  </w:r>
                </w:p>
                <w:p w14:paraId="00428AD2" w14:textId="77777777" w:rsidR="00784321" w:rsidRPr="00ED7B99" w:rsidRDefault="005F0BD9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sz w:val="20"/>
                      <w:szCs w:val="28"/>
                    </w:rPr>
                    <w:t>1930</w:t>
                  </w:r>
                </w:p>
                <w:p w14:paraId="13D45449" w14:textId="77777777" w:rsidR="00784321" w:rsidRPr="00ED7B99" w:rsidRDefault="005F0BD9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ED7B99">
                    <w:rPr>
                      <w:color w:val="637080"/>
                      <w:sz w:val="20"/>
                      <w:szCs w:val="28"/>
                    </w:rPr>
                    <w:t>Solo flight to Australia</w:t>
                  </w:r>
                </w:p>
              </w:tc>
            </w:tr>
          </w:tbl>
          <w:p w14:paraId="78195A9E" w14:textId="77777777" w:rsidR="00784321" w:rsidRPr="00ED7B99" w:rsidRDefault="00784321">
            <w:pPr>
              <w:rPr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B65149" w14:textId="77777777" w:rsidR="00784321" w:rsidRPr="00ED7B99" w:rsidRDefault="005F0BD9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ED7B99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0596152" w14:textId="77777777" w:rsidR="00784321" w:rsidRPr="00ED7B99" w:rsidRDefault="00784321">
            <w:pPr>
              <w:rPr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784321" w:rsidRPr="00ED7B99" w14:paraId="6776F826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F74DBF" w14:textId="77777777" w:rsidR="00784321" w:rsidRPr="00ED7B99" w:rsidRDefault="005F0BD9">
                  <w:pPr>
                    <w:spacing w:line="262" w:lineRule="auto"/>
                    <w:jc w:val="center"/>
                    <w:rPr>
                      <w:sz w:val="22"/>
                      <w:szCs w:val="28"/>
                    </w:rPr>
                  </w:pPr>
                  <w:r w:rsidRPr="00ED7B99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3F161B4F" wp14:editId="4E227220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pace_rocket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6E72C0" w14:textId="77777777" w:rsidR="00784321" w:rsidRPr="00ED7B99" w:rsidRDefault="005F0BD9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CB2652"/>
                      <w:sz w:val="22"/>
                      <w:szCs w:val="28"/>
                    </w:rPr>
                    <w:t>TIM PEAKE</w:t>
                  </w:r>
                </w:p>
                <w:p w14:paraId="71350BD6" w14:textId="77777777" w:rsidR="00784321" w:rsidRPr="00ED7B99" w:rsidRDefault="005F0BD9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sz w:val="20"/>
                      <w:szCs w:val="28"/>
                    </w:rPr>
                    <w:t>2015–2016</w:t>
                  </w:r>
                </w:p>
                <w:p w14:paraId="1B13F3A6" w14:textId="77777777" w:rsidR="00784321" w:rsidRPr="00ED7B99" w:rsidRDefault="005F0BD9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ED7B99">
                    <w:rPr>
                      <w:color w:val="637080"/>
                      <w:sz w:val="20"/>
                      <w:szCs w:val="28"/>
                    </w:rPr>
                    <w:t>Worked on the space station</w:t>
                  </w:r>
                </w:p>
              </w:tc>
            </w:tr>
          </w:tbl>
          <w:p w14:paraId="5A1AC9A2" w14:textId="77777777" w:rsidR="00784321" w:rsidRPr="00ED7B99" w:rsidRDefault="00784321">
            <w:pPr>
              <w:rPr>
                <w:sz w:val="22"/>
                <w:szCs w:val="28"/>
              </w:rPr>
            </w:pPr>
          </w:p>
        </w:tc>
      </w:tr>
    </w:tbl>
    <w:p w14:paraId="761E90FD" w14:textId="77777777" w:rsidR="00784321" w:rsidRPr="00ED7B99" w:rsidRDefault="005F0BD9">
      <w:pPr>
        <w:spacing w:line="120" w:lineRule="auto"/>
        <w:rPr>
          <w:sz w:val="22"/>
          <w:szCs w:val="28"/>
        </w:rPr>
      </w:pPr>
      <w:r w:rsidRPr="00ED7B99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784321" w:rsidRPr="00ED7B99" w14:paraId="4C738634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AD2CA1" w14:textId="77777777" w:rsidR="00784321" w:rsidRPr="00ED7B99" w:rsidRDefault="00784321">
            <w:pPr>
              <w:rPr>
                <w:sz w:val="10"/>
                <w:szCs w:val="14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784321" w:rsidRPr="00ED7B99" w14:paraId="59E20232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4795D38F" w14:textId="77777777" w:rsidR="00784321" w:rsidRPr="00ED7B99" w:rsidRDefault="005F0BD9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FFFFFF"/>
                      <w:sz w:val="24"/>
                      <w:szCs w:val="28"/>
                    </w:rPr>
                    <w:t>WHAT SHOULD I KNOW?</w:t>
                  </w:r>
                </w:p>
              </w:tc>
            </w:tr>
            <w:tr w:rsidR="00784321" w:rsidRPr="00ED7B99" w14:paraId="22050D10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4E7B0B8F" w14:textId="77777777" w:rsidR="00784321" w:rsidRPr="00ED7B99" w:rsidRDefault="005F0BD9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972044"/>
                      <w:sz w:val="22"/>
                      <w:szCs w:val="28"/>
                    </w:rPr>
                    <w:t xml:space="preserve">What did people want to do?  </w:t>
                  </w:r>
                  <w:r w:rsidRPr="00ED7B99">
                    <w:rPr>
                      <w:sz w:val="22"/>
                      <w:szCs w:val="28"/>
                    </w:rPr>
                    <w:t>People tried for many years to invent ways to fly.</w:t>
                  </w:r>
                </w:p>
                <w:p w14:paraId="61774D28" w14:textId="77777777" w:rsidR="00784321" w:rsidRPr="00ED7B99" w:rsidRDefault="005F0BD9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972044"/>
                      <w:sz w:val="22"/>
                      <w:szCs w:val="28"/>
                    </w:rPr>
                    <w:t xml:space="preserve">Who were the Wright brothers?  </w:t>
                  </w:r>
                  <w:r w:rsidRPr="00ED7B99">
                    <w:rPr>
                      <w:sz w:val="22"/>
                      <w:szCs w:val="28"/>
                    </w:rPr>
                    <w:t>Orville and Wilbur Wright made the first successful controlled, powered aeroplane flight in 1903.</w:t>
                  </w:r>
                </w:p>
                <w:p w14:paraId="38D7DA10" w14:textId="77777777" w:rsidR="00784321" w:rsidRPr="00ED7B99" w:rsidRDefault="005F0BD9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972044"/>
                      <w:sz w:val="22"/>
                      <w:szCs w:val="28"/>
                    </w:rPr>
                    <w:t xml:space="preserve">Who was Amy Johnson?  </w:t>
                  </w:r>
                  <w:r w:rsidRPr="00ED7B99">
                    <w:rPr>
                      <w:sz w:val="22"/>
                      <w:szCs w:val="28"/>
                    </w:rPr>
                    <w:t>A pilot who became the first woman to fly alone from England to Australia in 1930.</w:t>
                  </w:r>
                </w:p>
                <w:p w14:paraId="4BD56C2E" w14:textId="77777777" w:rsidR="00784321" w:rsidRPr="00ED7B99" w:rsidRDefault="005F0BD9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972044"/>
                      <w:sz w:val="22"/>
                      <w:szCs w:val="28"/>
                    </w:rPr>
                    <w:t xml:space="preserve">How did flying change?  </w:t>
                  </w:r>
                  <w:r w:rsidRPr="00ED7B99">
                    <w:rPr>
                      <w:sz w:val="22"/>
                      <w:szCs w:val="28"/>
                    </w:rPr>
                    <w:t>Early aeroplanes led to more advanced planes that could travel much further.</w:t>
                  </w:r>
                </w:p>
                <w:p w14:paraId="55A40EC8" w14:textId="77777777" w:rsidR="00784321" w:rsidRPr="00ED7B99" w:rsidRDefault="005F0BD9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972044"/>
                      <w:sz w:val="22"/>
                      <w:szCs w:val="28"/>
                    </w:rPr>
                    <w:t xml:space="preserve">What is an astronaut?  </w:t>
                  </w:r>
                  <w:r w:rsidRPr="00ED7B99">
                    <w:rPr>
                      <w:sz w:val="22"/>
                      <w:szCs w:val="28"/>
                    </w:rPr>
                    <w:t>Someone who travels into space. Tim Peake was a British astronaut on the International Space Station.</w:t>
                  </w:r>
                </w:p>
                <w:p w14:paraId="11D7E1FB" w14:textId="77777777" w:rsidR="00784321" w:rsidRPr="00ED7B99" w:rsidRDefault="005F0BD9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972044"/>
                      <w:sz w:val="22"/>
                      <w:szCs w:val="28"/>
                    </w:rPr>
                    <w:t xml:space="preserve">How did flight help space travel?  </w:t>
                  </w:r>
                  <w:r w:rsidRPr="00ED7B99">
                    <w:rPr>
                      <w:sz w:val="22"/>
                      <w:szCs w:val="28"/>
                    </w:rPr>
                    <w:t>New flying technology and knowledge helped people develop rockets and spacecraft.</w:t>
                  </w:r>
                </w:p>
              </w:tc>
            </w:tr>
          </w:tbl>
          <w:p w14:paraId="36D2DF1A" w14:textId="77777777" w:rsidR="00784321" w:rsidRPr="00ED7B99" w:rsidRDefault="00784321">
            <w:pPr>
              <w:rPr>
                <w:sz w:val="22"/>
                <w:szCs w:val="28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C5BC70" w14:textId="77777777" w:rsidR="00784321" w:rsidRPr="00ED7B99" w:rsidRDefault="00784321">
            <w:pPr>
              <w:rPr>
                <w:sz w:val="22"/>
                <w:szCs w:val="28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B0648" w14:textId="77777777" w:rsidR="00784321" w:rsidRPr="00ED7B99" w:rsidRDefault="00784321">
            <w:pPr>
              <w:rPr>
                <w:sz w:val="8"/>
                <w:szCs w:val="12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784321" w:rsidRPr="00ED7B99" w14:paraId="00BD9F37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1B8CB9B9" w14:textId="77777777" w:rsidR="00784321" w:rsidRPr="00ED7B99" w:rsidRDefault="005F0BD9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972044"/>
                      <w:sz w:val="24"/>
                      <w:szCs w:val="28"/>
                    </w:rPr>
                    <w:t>WORDS TO REMEMBER</w:t>
                  </w:r>
                </w:p>
              </w:tc>
            </w:tr>
            <w:tr w:rsidR="00784321" w:rsidRPr="00ED7B99" w14:paraId="2F73796A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0591AC85" w14:textId="77777777" w:rsidR="00784321" w:rsidRPr="00ED7B99" w:rsidRDefault="005F0BD9">
                  <w:pPr>
                    <w:spacing w:after="120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972044"/>
                      <w:sz w:val="22"/>
                      <w:szCs w:val="28"/>
                    </w:rPr>
                    <w:t xml:space="preserve">Flight  </w:t>
                  </w:r>
                  <w:r w:rsidRPr="00ED7B99">
                    <w:rPr>
                      <w:sz w:val="22"/>
                      <w:szCs w:val="28"/>
                    </w:rPr>
                    <w:t>travelling through the air</w:t>
                  </w:r>
                </w:p>
                <w:p w14:paraId="40940BE3" w14:textId="77777777" w:rsidR="00784321" w:rsidRPr="00ED7B99" w:rsidRDefault="005F0BD9">
                  <w:pPr>
                    <w:spacing w:after="120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972044"/>
                      <w:sz w:val="22"/>
                      <w:szCs w:val="28"/>
                    </w:rPr>
                    <w:t xml:space="preserve">Inventor  </w:t>
                  </w:r>
                  <w:r w:rsidRPr="00ED7B99">
                    <w:rPr>
                      <w:sz w:val="22"/>
                      <w:szCs w:val="28"/>
                    </w:rPr>
                    <w:t>someone who makes something new</w:t>
                  </w:r>
                </w:p>
                <w:p w14:paraId="0A98D0D4" w14:textId="77777777" w:rsidR="00784321" w:rsidRPr="00ED7B99" w:rsidRDefault="005F0BD9">
                  <w:pPr>
                    <w:spacing w:after="120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972044"/>
                      <w:sz w:val="22"/>
                      <w:szCs w:val="28"/>
                    </w:rPr>
                    <w:t xml:space="preserve">Aeroplane  </w:t>
                  </w:r>
                  <w:r w:rsidRPr="00ED7B99">
                    <w:rPr>
                      <w:sz w:val="22"/>
                      <w:szCs w:val="28"/>
                    </w:rPr>
                    <w:t>a machine with wings that flies</w:t>
                  </w:r>
                </w:p>
                <w:p w14:paraId="23900293" w14:textId="77777777" w:rsidR="00784321" w:rsidRPr="00ED7B99" w:rsidRDefault="005F0BD9">
                  <w:pPr>
                    <w:spacing w:after="120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972044"/>
                      <w:sz w:val="22"/>
                      <w:szCs w:val="28"/>
                    </w:rPr>
                    <w:t xml:space="preserve">Pilot  </w:t>
                  </w:r>
                  <w:r w:rsidRPr="00ED7B99">
                    <w:rPr>
                      <w:sz w:val="22"/>
                      <w:szCs w:val="28"/>
                    </w:rPr>
                    <w:t>someone who flies an aircraft</w:t>
                  </w:r>
                </w:p>
                <w:p w14:paraId="66BF85A9" w14:textId="77777777" w:rsidR="00784321" w:rsidRPr="00ED7B99" w:rsidRDefault="005F0BD9">
                  <w:pPr>
                    <w:spacing w:after="120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972044"/>
                      <w:sz w:val="22"/>
                      <w:szCs w:val="28"/>
                    </w:rPr>
                    <w:t xml:space="preserve">Timeline  </w:t>
                  </w:r>
                  <w:r w:rsidRPr="00ED7B99">
                    <w:rPr>
                      <w:sz w:val="22"/>
                      <w:szCs w:val="28"/>
                    </w:rPr>
                    <w:t>events put in time order</w:t>
                  </w:r>
                </w:p>
                <w:p w14:paraId="5C779071" w14:textId="77777777" w:rsidR="00784321" w:rsidRPr="00ED7B99" w:rsidRDefault="005F0BD9">
                  <w:pPr>
                    <w:spacing w:after="120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972044"/>
                      <w:sz w:val="22"/>
                      <w:szCs w:val="28"/>
                    </w:rPr>
                    <w:t xml:space="preserve">Astronaut  </w:t>
                  </w:r>
                  <w:r w:rsidRPr="00ED7B99">
                    <w:rPr>
                      <w:sz w:val="22"/>
                      <w:szCs w:val="28"/>
                    </w:rPr>
                    <w:t>someone who travels into space</w:t>
                  </w:r>
                </w:p>
                <w:p w14:paraId="71ED160A" w14:textId="77777777" w:rsidR="00784321" w:rsidRPr="00ED7B99" w:rsidRDefault="005F0BD9">
                  <w:pPr>
                    <w:spacing w:after="120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972044"/>
                      <w:sz w:val="22"/>
                      <w:szCs w:val="28"/>
                    </w:rPr>
                    <w:t xml:space="preserve">Myth  </w:t>
                  </w:r>
                  <w:r w:rsidRPr="00ED7B99">
                    <w:rPr>
                      <w:sz w:val="22"/>
                      <w:szCs w:val="28"/>
                    </w:rPr>
                    <w:t>a traditional story, not a proven historical fact</w:t>
                  </w:r>
                </w:p>
              </w:tc>
            </w:tr>
          </w:tbl>
          <w:p w14:paraId="7C05B40A" w14:textId="77777777" w:rsidR="00784321" w:rsidRPr="00ED7B99" w:rsidRDefault="00784321">
            <w:pPr>
              <w:rPr>
                <w:sz w:val="22"/>
                <w:szCs w:val="28"/>
              </w:rPr>
            </w:pPr>
          </w:p>
          <w:p w14:paraId="01D8F05A" w14:textId="77777777" w:rsidR="00784321" w:rsidRPr="00ED7B99" w:rsidRDefault="005F0BD9">
            <w:pPr>
              <w:spacing w:line="48" w:lineRule="auto"/>
              <w:rPr>
                <w:sz w:val="22"/>
                <w:szCs w:val="28"/>
              </w:rPr>
            </w:pPr>
            <w:r w:rsidRPr="00ED7B99">
              <w:rPr>
                <w:sz w:val="8"/>
                <w:szCs w:val="28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784321" w:rsidRPr="00ED7B99" w14:paraId="03F34163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7A8964F7" w14:textId="77777777" w:rsidR="00784321" w:rsidRPr="00ED7B99" w:rsidRDefault="005F0BD9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ED7B99">
                    <w:rPr>
                      <w:b/>
                      <w:color w:val="FFFFFF"/>
                      <w:sz w:val="24"/>
                      <w:szCs w:val="28"/>
                    </w:rPr>
                    <w:t>HISTORY DETECTIVES</w:t>
                  </w:r>
                </w:p>
              </w:tc>
            </w:tr>
            <w:tr w:rsidR="00784321" w:rsidRPr="00ED7B99" w14:paraId="38CBE19B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26201B81" w14:textId="77777777" w:rsidR="00784321" w:rsidRPr="00ED7B99" w:rsidRDefault="005F0BD9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ED7B99">
                    <w:rPr>
                      <w:sz w:val="22"/>
                      <w:szCs w:val="28"/>
                    </w:rPr>
                    <w:t>Look at pictures of old and new aircraft. What has changed? How can we tell?</w:t>
                  </w:r>
                </w:p>
              </w:tc>
            </w:tr>
          </w:tbl>
          <w:p w14:paraId="009AC490" w14:textId="77777777" w:rsidR="00784321" w:rsidRPr="00ED7B99" w:rsidRDefault="00784321">
            <w:pPr>
              <w:rPr>
                <w:sz w:val="22"/>
                <w:szCs w:val="28"/>
              </w:rPr>
            </w:pPr>
          </w:p>
        </w:tc>
      </w:tr>
    </w:tbl>
    <w:p w14:paraId="06F05415" w14:textId="77777777" w:rsidR="00784321" w:rsidRPr="00ED7B99" w:rsidRDefault="005F0BD9">
      <w:pPr>
        <w:spacing w:line="120" w:lineRule="auto"/>
        <w:rPr>
          <w:sz w:val="22"/>
          <w:szCs w:val="28"/>
        </w:rPr>
      </w:pPr>
      <w:r w:rsidRPr="00ED7B99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784321" w:rsidRPr="00ED7B99" w14:paraId="3C2FABFE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4CD66ABE" w14:textId="77777777" w:rsidR="00784321" w:rsidRPr="00ED7B99" w:rsidRDefault="005F0BD9">
            <w:pPr>
              <w:spacing w:after="40" w:line="262" w:lineRule="auto"/>
              <w:jc w:val="center"/>
              <w:rPr>
                <w:sz w:val="22"/>
                <w:szCs w:val="28"/>
              </w:rPr>
            </w:pPr>
            <w:r w:rsidRPr="00ED7B99">
              <w:rPr>
                <w:b/>
                <w:color w:val="CB2652"/>
                <w:sz w:val="22"/>
                <w:szCs w:val="28"/>
              </w:rPr>
              <w:t>INVENTIONS</w:t>
            </w:r>
          </w:p>
          <w:p w14:paraId="58C9CEF1" w14:textId="77777777" w:rsidR="00784321" w:rsidRPr="00ED7B99" w:rsidRDefault="005F0BD9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ED7B99">
              <w:rPr>
                <w:sz w:val="20"/>
                <w:szCs w:val="28"/>
              </w:rPr>
              <w:t>People tried new ideas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5114DE2C" w14:textId="77777777" w:rsidR="00784321" w:rsidRPr="00ED7B99" w:rsidRDefault="005F0BD9">
            <w:pPr>
              <w:spacing w:after="40" w:line="262" w:lineRule="auto"/>
              <w:jc w:val="center"/>
              <w:rPr>
                <w:sz w:val="22"/>
                <w:szCs w:val="28"/>
              </w:rPr>
            </w:pPr>
            <w:r w:rsidRPr="00ED7B99">
              <w:rPr>
                <w:b/>
                <w:color w:val="8D6700"/>
                <w:sz w:val="22"/>
                <w:szCs w:val="28"/>
              </w:rPr>
              <w:t>IMPORTANT PEOPLE</w:t>
            </w:r>
          </w:p>
          <w:p w14:paraId="289C2A08" w14:textId="77777777" w:rsidR="00784321" w:rsidRPr="00ED7B99" w:rsidRDefault="005F0BD9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ED7B99">
              <w:rPr>
                <w:sz w:val="20"/>
                <w:szCs w:val="28"/>
              </w:rPr>
              <w:t>Wright brothers • Amy Johnson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0A054BE7" w14:textId="77777777" w:rsidR="00784321" w:rsidRPr="00ED7B99" w:rsidRDefault="005F0BD9">
            <w:pPr>
              <w:spacing w:after="40" w:line="262" w:lineRule="auto"/>
              <w:jc w:val="center"/>
              <w:rPr>
                <w:sz w:val="22"/>
                <w:szCs w:val="28"/>
              </w:rPr>
            </w:pPr>
            <w:r w:rsidRPr="00ED7B99">
              <w:rPr>
                <w:b/>
                <w:color w:val="CB2652"/>
                <w:sz w:val="22"/>
                <w:szCs w:val="28"/>
              </w:rPr>
              <w:t>THEN &amp; NOW</w:t>
            </w:r>
          </w:p>
          <w:p w14:paraId="083D8BFA" w14:textId="77777777" w:rsidR="00784321" w:rsidRPr="00ED7B99" w:rsidRDefault="005F0BD9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ED7B99">
              <w:rPr>
                <w:sz w:val="20"/>
                <w:szCs w:val="28"/>
              </w:rPr>
              <w:t>Aeroplanes • space travel</w:t>
            </w:r>
          </w:p>
        </w:tc>
      </w:tr>
    </w:tbl>
    <w:p w14:paraId="0BE615A1" w14:textId="77777777" w:rsidR="00784321" w:rsidRPr="00ED7B99" w:rsidRDefault="005F0BD9">
      <w:pPr>
        <w:spacing w:line="120" w:lineRule="auto"/>
        <w:rPr>
          <w:sz w:val="22"/>
          <w:szCs w:val="28"/>
        </w:rPr>
      </w:pPr>
      <w:r w:rsidRPr="00ED7B99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784321" w:rsidRPr="00ED7B99" w14:paraId="4E796307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14D8799D" w14:textId="77777777" w:rsidR="00784321" w:rsidRPr="00ED7B99" w:rsidRDefault="005F0BD9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ED7B99">
              <w:rPr>
                <w:b/>
                <w:color w:val="972044"/>
                <w:sz w:val="20"/>
                <w:szCs w:val="28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4FBE3162" w14:textId="77777777" w:rsidR="00784321" w:rsidRPr="00ED7B99" w:rsidRDefault="005F0BD9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ED7B99">
              <w:rPr>
                <w:sz w:val="20"/>
                <w:szCs w:val="28"/>
              </w:rPr>
              <w:t>Old photographs  •  Film clips  •  Maps of journeys  •  Timelines</w:t>
            </w:r>
          </w:p>
        </w:tc>
      </w:tr>
    </w:tbl>
    <w:p w14:paraId="21D8E8FF" w14:textId="77777777" w:rsidR="00784321" w:rsidRPr="00ED7B99" w:rsidRDefault="005F0BD9">
      <w:pPr>
        <w:spacing w:before="40" w:line="262" w:lineRule="auto"/>
        <w:rPr>
          <w:sz w:val="22"/>
          <w:szCs w:val="28"/>
        </w:rPr>
      </w:pPr>
      <w:r w:rsidRPr="00ED7B99">
        <w:rPr>
          <w:color w:val="637080"/>
          <w:szCs w:val="28"/>
        </w:rPr>
        <w:t>Builds on Toys: inventions and change. Builds foundations for Year 5 history of the Space Race.</w:t>
      </w:r>
    </w:p>
    <w:sectPr w:rsidR="00784321" w:rsidRPr="00ED7B99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44932033">
    <w:abstractNumId w:val="8"/>
  </w:num>
  <w:num w:numId="2" w16cid:durableId="7755815">
    <w:abstractNumId w:val="6"/>
  </w:num>
  <w:num w:numId="3" w16cid:durableId="812478312">
    <w:abstractNumId w:val="5"/>
  </w:num>
  <w:num w:numId="4" w16cid:durableId="167406212">
    <w:abstractNumId w:val="4"/>
  </w:num>
  <w:num w:numId="5" w16cid:durableId="1103037759">
    <w:abstractNumId w:val="7"/>
  </w:num>
  <w:num w:numId="6" w16cid:durableId="208494121">
    <w:abstractNumId w:val="3"/>
  </w:num>
  <w:num w:numId="7" w16cid:durableId="689184468">
    <w:abstractNumId w:val="2"/>
  </w:num>
  <w:num w:numId="8" w16cid:durableId="628052684">
    <w:abstractNumId w:val="1"/>
  </w:num>
  <w:num w:numId="9" w16cid:durableId="1475100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4196F"/>
    <w:rsid w:val="0029639D"/>
    <w:rsid w:val="00326F90"/>
    <w:rsid w:val="00784321"/>
    <w:rsid w:val="00AA1D8D"/>
    <w:rsid w:val="00AF5929"/>
    <w:rsid w:val="00B47730"/>
    <w:rsid w:val="00CB0664"/>
    <w:rsid w:val="00ED7B9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014114"/>
  <w14:defaultImageDpi w14:val="300"/>
  <w15:docId w15:val="{D72C714A-72CB-41FC-9095-3691E5668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7AC7BA-7E61-44B9-8E71-7FF144B38065}"/>
</file>

<file path=customXml/itemProps3.xml><?xml version="1.0" encoding="utf-8"?>
<ds:datastoreItem xmlns:ds="http://schemas.openxmlformats.org/officeDocument/2006/customXml" ds:itemID="{F78A7632-18DF-447D-A7B4-F50DF49A61F5}"/>
</file>

<file path=customXml/itemProps4.xml><?xml version="1.0" encoding="utf-8"?>
<ds:datastoreItem xmlns:ds="http://schemas.openxmlformats.org/officeDocument/2006/customXml" ds:itemID="{94640142-A28D-49A8-BC82-ED05972F83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3</cp:revision>
  <dcterms:created xsi:type="dcterms:W3CDTF">2026-11-07T01:06:00Z</dcterms:created>
  <dcterms:modified xsi:type="dcterms:W3CDTF">2026-11-07T01:06:00Z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2026-11-07T01:06:08Z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0402f46b-3bf0-4192-b1cf-9c00bb144e43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