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8E7398" w:rsidRPr="001E53BA" w14:paraId="7893327E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BAA9AAA" w14:textId="5D906A01" w:rsidR="008E7398" w:rsidRPr="001E53BA" w:rsidRDefault="001E53BA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rFonts w:hint="eastAsia"/>
                <w:noProof/>
                <w:sz w:val="14"/>
                <w:szCs w:val="18"/>
              </w:rPr>
              <w:drawing>
                <wp:anchor distT="0" distB="0" distL="114300" distR="114300" simplePos="0" relativeHeight="251658752" behindDoc="0" locked="0" layoutInCell="1" allowOverlap="1" wp14:anchorId="083F9D41" wp14:editId="3E5127BF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-221615</wp:posOffset>
                  </wp:positionV>
                  <wp:extent cx="830580" cy="830580"/>
                  <wp:effectExtent l="0" t="0" r="7620" b="7620"/>
                  <wp:wrapNone/>
                  <wp:docPr id="1088796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796208" name="Picture 108879620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AFC4EBC" w14:textId="77777777" w:rsidR="008E7398" w:rsidRPr="001E53BA" w:rsidRDefault="00034C12">
            <w:pPr>
              <w:spacing w:after="60" w:line="262" w:lineRule="auto"/>
              <w:rPr>
                <w:sz w:val="28"/>
                <w:szCs w:val="36"/>
              </w:rPr>
            </w:pPr>
            <w:r w:rsidRPr="001E53BA">
              <w:rPr>
                <w:b/>
                <w:color w:val="F5C84B"/>
                <w:sz w:val="28"/>
                <w:szCs w:val="36"/>
              </w:rPr>
              <w:t>YEAR 1  •  HISTORY  •  SPRING 2</w:t>
            </w:r>
          </w:p>
          <w:p w14:paraId="6C658079" w14:textId="77777777" w:rsidR="008E7398" w:rsidRPr="001E53BA" w:rsidRDefault="00034C12">
            <w:pPr>
              <w:spacing w:line="262" w:lineRule="auto"/>
              <w:rPr>
                <w:sz w:val="22"/>
                <w:szCs w:val="28"/>
              </w:rPr>
            </w:pPr>
            <w:r w:rsidRPr="001E53BA">
              <w:rPr>
                <w:b/>
                <w:color w:val="FFFFFF"/>
                <w:sz w:val="44"/>
                <w:szCs w:val="28"/>
              </w:rPr>
              <w:t>Monarchs: Then and Now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0CFE9DAB" w14:textId="77777777" w:rsidR="008E7398" w:rsidRPr="001E53BA" w:rsidRDefault="00034C12">
            <w:pPr>
              <w:spacing w:after="60" w:line="262" w:lineRule="auto"/>
              <w:jc w:val="center"/>
              <w:rPr>
                <w:sz w:val="36"/>
                <w:szCs w:val="36"/>
              </w:rPr>
            </w:pPr>
            <w:r w:rsidRPr="001E53BA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1EF35867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42050C20" w14:textId="77777777" w:rsidR="008E7398" w:rsidRPr="001E53BA" w:rsidRDefault="00034C12">
      <w:pPr>
        <w:spacing w:line="120" w:lineRule="auto"/>
        <w:rPr>
          <w:sz w:val="22"/>
          <w:szCs w:val="28"/>
        </w:rPr>
      </w:pPr>
      <w:r w:rsidRPr="001E53BA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8E7398" w:rsidRPr="001E53BA" w14:paraId="1D8ED1C8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56AF074F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13B839D1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972044"/>
                <w:sz w:val="24"/>
                <w:szCs w:val="28"/>
              </w:rPr>
              <w:t>How has the role of kings and queens changed over time?</w:t>
            </w:r>
          </w:p>
        </w:tc>
      </w:tr>
    </w:tbl>
    <w:p w14:paraId="0B12AABE" w14:textId="77777777" w:rsidR="008E7398" w:rsidRPr="001E53BA" w:rsidRDefault="00034C12">
      <w:pPr>
        <w:spacing w:line="120" w:lineRule="auto"/>
        <w:rPr>
          <w:sz w:val="22"/>
          <w:szCs w:val="28"/>
        </w:rPr>
      </w:pPr>
      <w:r w:rsidRPr="001E53BA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8E7398" w:rsidRPr="001E53BA" w14:paraId="4DA8E22A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62D00A1" w14:textId="77777777" w:rsidR="008E7398" w:rsidRPr="001E53BA" w:rsidRDefault="008E7398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E7398" w:rsidRPr="001E53BA" w14:paraId="7FCBC09A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7E16DF" w14:textId="77777777" w:rsidR="008E7398" w:rsidRPr="001E53BA" w:rsidRDefault="00034C12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1E53BA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1368145" wp14:editId="030A1B19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lizabeth_tudor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4068E9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CB2652"/>
                      <w:sz w:val="22"/>
                      <w:szCs w:val="28"/>
                    </w:rPr>
                    <w:t>QUEEN ELIZABETH I</w:t>
                  </w:r>
                </w:p>
                <w:p w14:paraId="2105B52C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sz w:val="20"/>
                      <w:szCs w:val="28"/>
                    </w:rPr>
                    <w:t>1558–1603</w:t>
                  </w:r>
                </w:p>
                <w:p w14:paraId="73041CA4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color w:val="637080"/>
                      <w:sz w:val="20"/>
                      <w:szCs w:val="28"/>
                    </w:rPr>
                    <w:t>A Tudor queen</w:t>
                  </w:r>
                </w:p>
              </w:tc>
            </w:tr>
          </w:tbl>
          <w:p w14:paraId="46A8CC0E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91585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5AB6063" w14:textId="77777777" w:rsidR="008E7398" w:rsidRPr="001E53BA" w:rsidRDefault="008E7398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E7398" w:rsidRPr="001E53BA" w14:paraId="3C056B30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9DA455" w14:textId="77777777" w:rsidR="008E7398" w:rsidRPr="001E53BA" w:rsidRDefault="00034C12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1E53BA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5BE3831" wp14:editId="5D7E8CCA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ictoria_cameo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B64026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8D6700"/>
                      <w:sz w:val="22"/>
                      <w:szCs w:val="28"/>
                    </w:rPr>
                    <w:t>QUEEN VICTORIA</w:t>
                  </w:r>
                </w:p>
                <w:p w14:paraId="16C7C188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sz w:val="20"/>
                      <w:szCs w:val="28"/>
                    </w:rPr>
                    <w:t>1837–1901</w:t>
                  </w:r>
                </w:p>
                <w:p w14:paraId="08583C13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color w:val="637080"/>
                      <w:sz w:val="20"/>
                      <w:szCs w:val="28"/>
                    </w:rPr>
                    <w:t>The Victorian era</w:t>
                  </w:r>
                </w:p>
              </w:tc>
            </w:tr>
          </w:tbl>
          <w:p w14:paraId="36EDD273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F6097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196063" w14:textId="77777777" w:rsidR="008E7398" w:rsidRPr="001E53BA" w:rsidRDefault="008E7398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E7398" w:rsidRPr="001E53BA" w14:paraId="0BC780B0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93A682" w14:textId="77777777" w:rsidR="008E7398" w:rsidRPr="001E53BA" w:rsidRDefault="00034C12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1E53BA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5AEBFBD2" wp14:editId="2A288A59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dern_crown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79C53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CB2652"/>
                      <w:sz w:val="22"/>
                      <w:szCs w:val="28"/>
                    </w:rPr>
                    <w:t>KING CHARLES III</w:t>
                  </w:r>
                </w:p>
                <w:p w14:paraId="43E4E07D" w14:textId="77777777" w:rsidR="008E7398" w:rsidRPr="001E53BA" w:rsidRDefault="00034C12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sz w:val="20"/>
                      <w:szCs w:val="28"/>
                    </w:rPr>
                    <w:t>From 2022</w:t>
                  </w:r>
                </w:p>
                <w:p w14:paraId="3E84E810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color w:val="637080"/>
                      <w:sz w:val="20"/>
                      <w:szCs w:val="28"/>
                    </w:rPr>
                    <w:t>Our modern monarch</w:t>
                  </w:r>
                </w:p>
              </w:tc>
            </w:tr>
          </w:tbl>
          <w:p w14:paraId="7FA08F5D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</w:tr>
    </w:tbl>
    <w:p w14:paraId="62F93701" w14:textId="77777777" w:rsidR="008E7398" w:rsidRPr="001E53BA" w:rsidRDefault="00034C12">
      <w:pPr>
        <w:spacing w:line="120" w:lineRule="auto"/>
        <w:rPr>
          <w:sz w:val="22"/>
          <w:szCs w:val="28"/>
        </w:rPr>
      </w:pPr>
      <w:r w:rsidRPr="001E53BA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8E7398" w:rsidRPr="001E53BA" w14:paraId="2C148D8A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001B9" w14:textId="77777777" w:rsidR="008E7398" w:rsidRPr="001E53BA" w:rsidRDefault="008E7398">
            <w:pPr>
              <w:rPr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8E7398" w:rsidRPr="001E53BA" w14:paraId="47C02931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A0EE050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8E7398" w:rsidRPr="001E53BA" w14:paraId="57F15A6D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31F90542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What is a monarch?  </w:t>
                  </w:r>
                  <w:r w:rsidRPr="001E53BA">
                    <w:rPr>
                      <w:sz w:val="22"/>
                      <w:szCs w:val="28"/>
                    </w:rPr>
                    <w:t>A king or queen. The British monarchy is usually passed on within a family.</w:t>
                  </w:r>
                </w:p>
                <w:p w14:paraId="394B8141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Who was Queen Elizabeth I?  </w:t>
                  </w:r>
                  <w:r w:rsidRPr="001E53BA">
                    <w:rPr>
                      <w:sz w:val="22"/>
                      <w:szCs w:val="28"/>
                    </w:rPr>
                    <w:t>A queen who ruled England a long time ago, during Tudor times.</w:t>
                  </w:r>
                </w:p>
                <w:p w14:paraId="20AA7102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Who was Queen Victoria?  </w:t>
                  </w:r>
                  <w:r w:rsidRPr="001E53BA">
                    <w:rPr>
                      <w:sz w:val="22"/>
                      <w:szCs w:val="28"/>
                    </w:rPr>
                    <w:t>A queen who reigned in the Victorian era, from 1837 to 1901.</w:t>
                  </w:r>
                </w:p>
                <w:p w14:paraId="45BE1DC3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Who is King Charles III?  </w:t>
                  </w:r>
                  <w:r w:rsidRPr="001E53BA">
                    <w:rPr>
                      <w:sz w:val="22"/>
                      <w:szCs w:val="28"/>
                    </w:rPr>
                    <w:t>He became monarch in 2022, after Queen Elizabeth II.</w:t>
                  </w:r>
                </w:p>
                <w:p w14:paraId="298898FC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Has the monarch’s job changed?  </w:t>
                  </w:r>
                  <w:r w:rsidRPr="001E53BA">
                    <w:rPr>
                      <w:sz w:val="22"/>
                      <w:szCs w:val="28"/>
                    </w:rPr>
                    <w:t>Yes. Monarchs in the past had more power. Today the monarch has important duties but does not personally make laws.</w:t>
                  </w:r>
                </w:p>
                <w:p w14:paraId="7861B889" w14:textId="77777777" w:rsidR="008E7398" w:rsidRPr="001E53BA" w:rsidRDefault="00034C12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2"/>
                      <w:szCs w:val="28"/>
                    </w:rPr>
                    <w:t xml:space="preserve">How do we find out about monarchs?  </w:t>
                  </w:r>
                  <w:r w:rsidRPr="001E53BA">
                    <w:rPr>
                      <w:sz w:val="22"/>
                      <w:szCs w:val="28"/>
                    </w:rPr>
                    <w:t>We can study portraits, objects and other clues from the past.</w:t>
                  </w:r>
                </w:p>
              </w:tc>
            </w:tr>
          </w:tbl>
          <w:p w14:paraId="6126EEC6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0057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0DE59" w14:textId="77777777" w:rsidR="008E7398" w:rsidRPr="001E53BA" w:rsidRDefault="008E7398">
            <w:pPr>
              <w:rPr>
                <w:sz w:val="2"/>
                <w:szCs w:val="6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E7398" w:rsidRPr="001E53BA" w14:paraId="179C2AD2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66EE6E1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8E7398" w:rsidRPr="001E53BA" w14:paraId="79D1D319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D236F1D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Monarch  </w:t>
                  </w:r>
                  <w:r w:rsidRPr="001E53BA">
                    <w:rPr>
                      <w:sz w:val="20"/>
                      <w:szCs w:val="28"/>
                    </w:rPr>
                    <w:t>a king or queen</w:t>
                  </w:r>
                </w:p>
                <w:p w14:paraId="336A878C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Reign  </w:t>
                  </w:r>
                  <w:r w:rsidRPr="001E53BA">
                    <w:rPr>
                      <w:sz w:val="20"/>
                      <w:szCs w:val="28"/>
                    </w:rPr>
                    <w:t>the time a monarch is on the throne</w:t>
                  </w:r>
                </w:p>
                <w:p w14:paraId="18DEE1CD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Tudor  </w:t>
                  </w:r>
                  <w:r w:rsidRPr="001E53BA">
                    <w:rPr>
                      <w:sz w:val="20"/>
                      <w:szCs w:val="28"/>
                    </w:rPr>
                    <w:t>a period long before Victorian times</w:t>
                  </w:r>
                </w:p>
                <w:p w14:paraId="39892414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Victorian  </w:t>
                  </w:r>
                  <w:r w:rsidRPr="001E53BA">
                    <w:rPr>
                      <w:sz w:val="20"/>
                      <w:szCs w:val="28"/>
                    </w:rPr>
                    <w:t>the time when Queen Victoria reigned</w:t>
                  </w:r>
                </w:p>
                <w:p w14:paraId="5D39EC5B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Portrait  </w:t>
                  </w:r>
                  <w:r w:rsidRPr="001E53BA">
                    <w:rPr>
                      <w:sz w:val="20"/>
                      <w:szCs w:val="28"/>
                    </w:rPr>
                    <w:t>a picture of a person</w:t>
                  </w:r>
                </w:p>
                <w:p w14:paraId="122D37C7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Coronation  </w:t>
                  </w:r>
                  <w:r w:rsidRPr="001E53BA">
                    <w:rPr>
                      <w:sz w:val="20"/>
                      <w:szCs w:val="28"/>
                    </w:rPr>
                    <w:t>a special ceremony for a monarch</w:t>
                  </w:r>
                </w:p>
                <w:p w14:paraId="6BC1832A" w14:textId="77777777" w:rsidR="008E7398" w:rsidRPr="001E53BA" w:rsidRDefault="00034C12">
                  <w:pPr>
                    <w:spacing w:after="122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972044"/>
                      <w:sz w:val="20"/>
                      <w:szCs w:val="28"/>
                    </w:rPr>
                    <w:t xml:space="preserve">Power  </w:t>
                  </w:r>
                  <w:r w:rsidRPr="001E53BA">
                    <w:rPr>
                      <w:sz w:val="20"/>
                      <w:szCs w:val="28"/>
                    </w:rPr>
                    <w:t>being able to make decisions or rules</w:t>
                  </w:r>
                </w:p>
              </w:tc>
            </w:tr>
          </w:tbl>
          <w:p w14:paraId="019C5534" w14:textId="77777777" w:rsidR="008E7398" w:rsidRPr="001E53BA" w:rsidRDefault="008E7398">
            <w:pPr>
              <w:rPr>
                <w:sz w:val="22"/>
                <w:szCs w:val="28"/>
              </w:rPr>
            </w:pPr>
          </w:p>
          <w:p w14:paraId="657D6DC0" w14:textId="77777777" w:rsidR="008E7398" w:rsidRPr="001E53BA" w:rsidRDefault="00034C12">
            <w:pPr>
              <w:spacing w:line="48" w:lineRule="auto"/>
              <w:rPr>
                <w:sz w:val="22"/>
                <w:szCs w:val="28"/>
              </w:rPr>
            </w:pPr>
            <w:r w:rsidRPr="001E53BA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E7398" w:rsidRPr="001E53BA" w14:paraId="469E4A26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7E851FE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8E7398" w:rsidRPr="001E53BA" w14:paraId="3884CC8F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418F7B95" w14:textId="77777777" w:rsidR="008E7398" w:rsidRPr="001E53BA" w:rsidRDefault="00034C12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1E53BA">
                    <w:rPr>
                      <w:sz w:val="22"/>
                      <w:szCs w:val="28"/>
                    </w:rPr>
                    <w:t>Look at an old portrait. What do the clothes or objects tell us about that monarch?</w:t>
                  </w:r>
                </w:p>
              </w:tc>
            </w:tr>
          </w:tbl>
          <w:p w14:paraId="59A86416" w14:textId="77777777" w:rsidR="008E7398" w:rsidRPr="001E53BA" w:rsidRDefault="008E7398">
            <w:pPr>
              <w:rPr>
                <w:sz w:val="22"/>
                <w:szCs w:val="28"/>
              </w:rPr>
            </w:pPr>
          </w:p>
        </w:tc>
      </w:tr>
    </w:tbl>
    <w:p w14:paraId="2B86B00A" w14:textId="77777777" w:rsidR="008E7398" w:rsidRPr="001E53BA" w:rsidRDefault="00034C12">
      <w:pPr>
        <w:spacing w:line="120" w:lineRule="auto"/>
        <w:rPr>
          <w:sz w:val="22"/>
          <w:szCs w:val="28"/>
        </w:rPr>
      </w:pPr>
      <w:r w:rsidRPr="001E53BA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8E7398" w:rsidRPr="001E53BA" w14:paraId="21D2905C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91C3F5B" w14:textId="77777777" w:rsidR="008E7398" w:rsidRPr="001E53BA" w:rsidRDefault="00034C12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CB2652"/>
                <w:sz w:val="22"/>
                <w:szCs w:val="28"/>
              </w:rPr>
              <w:t>TIME ORDER</w:t>
            </w:r>
          </w:p>
          <w:p w14:paraId="7BB76A16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sz w:val="20"/>
                <w:szCs w:val="28"/>
              </w:rPr>
              <w:t>Tudor • Victorian • today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66DBAA3" w14:textId="77777777" w:rsidR="008E7398" w:rsidRPr="001E53BA" w:rsidRDefault="00034C12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8D6700"/>
                <w:sz w:val="22"/>
                <w:szCs w:val="28"/>
              </w:rPr>
              <w:t>POWER &amp; ROLE</w:t>
            </w:r>
          </w:p>
          <w:p w14:paraId="7A9DE7BD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sz w:val="20"/>
                <w:szCs w:val="28"/>
              </w:rPr>
              <w:t>A monarch’s job can change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6D0266A" w14:textId="77777777" w:rsidR="008E7398" w:rsidRPr="001E53BA" w:rsidRDefault="00034C12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CB2652"/>
                <w:sz w:val="22"/>
                <w:szCs w:val="28"/>
              </w:rPr>
              <w:t>CLUES FROM THE PAST</w:t>
            </w:r>
          </w:p>
          <w:p w14:paraId="4A5E6196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sz w:val="20"/>
                <w:szCs w:val="28"/>
              </w:rPr>
              <w:t>Portraits • objects</w:t>
            </w:r>
          </w:p>
        </w:tc>
      </w:tr>
    </w:tbl>
    <w:p w14:paraId="25F8DD3C" w14:textId="77777777" w:rsidR="008E7398" w:rsidRPr="001E53BA" w:rsidRDefault="00034C12">
      <w:pPr>
        <w:spacing w:line="120" w:lineRule="auto"/>
        <w:rPr>
          <w:sz w:val="22"/>
          <w:szCs w:val="28"/>
        </w:rPr>
      </w:pPr>
      <w:r w:rsidRPr="001E53BA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8E7398" w:rsidRPr="001E53BA" w14:paraId="6CAB384B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74C0908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B0367A0" w14:textId="77777777" w:rsidR="008E7398" w:rsidRPr="001E53BA" w:rsidRDefault="00034C12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1E53BA">
              <w:rPr>
                <w:sz w:val="20"/>
                <w:szCs w:val="28"/>
              </w:rPr>
              <w:t>Portraits  •  Old objects  •  Coronation pictures  •  Timelines</w:t>
            </w:r>
          </w:p>
        </w:tc>
      </w:tr>
    </w:tbl>
    <w:p w14:paraId="7F9B86E9" w14:textId="77777777" w:rsidR="008E7398" w:rsidRPr="001E53BA" w:rsidRDefault="00034C12">
      <w:pPr>
        <w:spacing w:before="40" w:line="262" w:lineRule="auto"/>
        <w:rPr>
          <w:sz w:val="22"/>
          <w:szCs w:val="28"/>
        </w:rPr>
      </w:pPr>
      <w:r w:rsidRPr="001E53BA">
        <w:rPr>
          <w:color w:val="637080"/>
          <w:szCs w:val="28"/>
        </w:rPr>
        <w:t>Builds on Toys: past and present, timelines and evidence. Prepares for Year 6 study of Victorian Britain.</w:t>
      </w:r>
    </w:p>
    <w:sectPr w:rsidR="008E7398" w:rsidRPr="001E53BA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3368934">
    <w:abstractNumId w:val="8"/>
  </w:num>
  <w:num w:numId="2" w16cid:durableId="995037562">
    <w:abstractNumId w:val="6"/>
  </w:num>
  <w:num w:numId="3" w16cid:durableId="1516576702">
    <w:abstractNumId w:val="5"/>
  </w:num>
  <w:num w:numId="4" w16cid:durableId="1729958393">
    <w:abstractNumId w:val="4"/>
  </w:num>
  <w:num w:numId="5" w16cid:durableId="1031615399">
    <w:abstractNumId w:val="7"/>
  </w:num>
  <w:num w:numId="6" w16cid:durableId="428699929">
    <w:abstractNumId w:val="3"/>
  </w:num>
  <w:num w:numId="7" w16cid:durableId="717971251">
    <w:abstractNumId w:val="2"/>
  </w:num>
  <w:num w:numId="8" w16cid:durableId="1193420641">
    <w:abstractNumId w:val="1"/>
  </w:num>
  <w:num w:numId="9" w16cid:durableId="283854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53BA"/>
    <w:rsid w:val="0029639D"/>
    <w:rsid w:val="00326F90"/>
    <w:rsid w:val="008E7398"/>
    <w:rsid w:val="00AA1D8D"/>
    <w:rsid w:val="00AF592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FC778"/>
  <w14:defaultImageDpi w14:val="300"/>
  <w15:docId w15:val="{D72C714A-72CB-41FC-9095-3691E56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342AD6-6058-4E88-B436-6E8AE76D0939}"/>
</file>

<file path=customXml/itemProps3.xml><?xml version="1.0" encoding="utf-8"?>
<ds:datastoreItem xmlns:ds="http://schemas.openxmlformats.org/officeDocument/2006/customXml" ds:itemID="{74C7C8CD-5E68-4A42-8DC2-D76371303E5D}"/>
</file>

<file path=customXml/itemProps4.xml><?xml version="1.0" encoding="utf-8"?>
<ds:datastoreItem xmlns:ds="http://schemas.openxmlformats.org/officeDocument/2006/customXml" ds:itemID="{9684D7BE-8219-49A8-9306-83FB9B8C1C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2026-11-07T01:04:00Z</dcterms:created>
  <dcterms:modified xsi:type="dcterms:W3CDTF">2026-11-07T01:04:00Z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2026-11-07T01:04:55Z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593463d4-0e53-4b17-a669-48c1d9a9178c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